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Мкртчян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Яркое дарование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Комсомолец · 1960, 14 декабря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Дверь открыл молодой человек, среднего роста, с худым лицом, на котором выделялись большие глаза. В комнате царила рабочая обстановка. По всей стене было растянуто большое полотно, над которым работал художник. На столе были разбросаны рисунки. Тут же, на коврике уютно расположилась маленькая девочка и старательно водила выкрашенным в красное пальцем по лицу. Рядом, на маленьком стульчике сидела миловидная женщина с ласковым, доверчивым взглядом. Мягкая улыбка озаряла её лицо. При нашем появлении она несколько торопливо стала собирать свои рисунки, и, когда один из них упал на пол, мы увидели довольно-таки удачный акварельный портрет девочки.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О, да у вас тут вся семья занимается художеством! — невольно воскликнули 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мы попросили Рудольфа Хачатряна рассказать о себе, он смущённо развёл руками: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Говорить я не умею...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Вот мои работы, пусть они и говорят за меня.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действительно, познакомившись с работами Хачатряна, мы увидели, что источником творчества молодого художника является сама жизнь во всём своём многообразии. В центре внимания художника — человек сегодняшнего дня.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Ещё в 1957 году на выставке художников республик Закавказья Рудольф Хачатрян представил серию портретов, которые привлекли внимание общественности. Среди них особо выделялись психологически выразительный образ отца, портрет жены, в глазах которой светится душевная мягкость, доброта; портрет девушки, который позднее был представлен на Всесоюзную выставку в Москве. Беспокойная натура молодого художника заставляет его искать новых средств для выражения творческих замыслов. Упорный труд оправдал себя. 1959 год, Вена, 7-й Всемирный фестиваль молодёжи. Художником представлен портрет девушки-студентки. Автор сумел передать большой внутренний мир советской девушки-студентки, смело смотрящей в будущее. Работа была высоко оценена и заслужила премию и бронзовую медаль.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40-летию Советской Армении художник посвятил большое композиционное полотно «Вставай, проклятьем заклеймённый!..» Идеи революции выражены в самом названии. Это новая по своей форме композиция, над которой автор работал целый год. Картина очень динамична и основана на портретных образах. Автор стремился в конкретных и живых образах передать мысли и чувства порабощённого народа, вставшего на борьбу за свою независимость. Удачна цветовая гамма, которая по своему духу соответствует как содержанию, так и форме. Посредством художественной фактуры художник подчёркивает главное в человеческом образе, его нравственную чистоту, сознание собственного достоинства.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Центральная фигура композиции — это стоящий на переднем плане рабочий с поднятым кулаком. В гордой посадке головы, в сдвинутых бровях, в характерно сжатых губах чувствуется вызов самодержавию. Рядом фигура пожилой женщины. Эта женщина — мать, оберегающая своих сыновей и в то же время готовая бороться вместе с ними до последней капли крови. Позади — рабочий со знаменем в руках. Картина дышит яростью и гневом. Несмотря на то, что представлена всего группа, однако чувствуется, что за ней стоит огромная масса, которая плечом к плечу, сплочённо поднялась на борьбу за своё освобождение. В этом монументальном произведении ярко выразился талант молодого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Упорно трудится Р. Хачатрян, совершенствуя своё мастерство, и, несомненно, его ожидает большое будущее.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М. Мкртчян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Pub-0002 · М. Мкртчян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Pub-0002 · М. Мкртчян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https://rudolfart.com/publications/Pub-0002?lang=ru</dc:subject>
  <dc:creator>python-docx</dc:creator>
  <cp:keywords>Rudolf Khachatryan; rudolfart.com</cp:keywords>
  <dc:description>Source: https://rudolfart.com/publications/Pub-0002?lang=ru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