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Художники — 40-летию Армянской ССР. Вставай, проклятьем заклейменный!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Комсомолец · 1960, 4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VII Всемирного фестиваля в Вене всех нас обрадовала приятная весть: юноша из Еревана Рудольф Хачатрян за представленную графическую работу был удостоен звания лауреата фестиваля. Сейчас Р. Хачатряну 23 года, но его графические работы обращают на себя внимание.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юбилейной выставке молодой художник готовит первое большое композиционное полотно «Вставай, проклятьем заклеймённый!»...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Экспрессия в композиции достигнута раскрытием психологической глубины образов. Глядя на полотно, чувствуешь, что никакая сила не способна удержать гнев людей, мысли которых объединились воедино в борьбе за справедливость.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Нервы взвинчены до предела.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Нет оружия. Добудем! А пока оружие — мускулистые руки, плотно сжатые в кулаки. Колышется знамя свободы, знамя народной мести. Не упасть ему — подхватят сотни крепких мозолистых рук.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Лиц в картине немного, но художник выразительно показал нарастание. Кажется, огромная масса поднялась на борьбу.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Перед нами люди, которые и сейчас в разных частях земного шара борются за свою независимость. Они были, есть и будут, пока в мире окончательно не восторжествует полная свобода и справедливость.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Pub-0003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Pub-0003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https://rudolfart.com/publications/Pub-0003?lang=ru</dc:subject>
  <dc:creator>python-docx</dc:creator>
  <cp:keywords>Rudolf Khachatryan; rudolfart.com</cp:keywords>
  <dc:description>Source: https://rudolfart.com/publications/Pub-0003?lang=ru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