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Рудольф Хачатрян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 ногу с жизнью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Советская Армения (Советакан Айастан) · 1960, 25 февраля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выставках, открытых накануне съезда, есть ряд полотен, созданных молодыми советскими армянскими художниками за последние три года. Мы рады, что они нашли место рядом с работами наших старших товарищей, мастеров изобразительного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последние годы на арену вышла группа молодых художников, которые не жалеют сил, чтобы совершенствовать своё искусство, найти новые, передовые формы выразительности. Примеры тому дают нам признанные мастера республики, которых немало.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Я глубоко убеждён, что съезд откроет перед нами, молодыми, новый путь — верный творческий путь, обозначит всё то, что должно стать краеугольным камнем нашей дальнейшей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По-моему, съезд со всей остротой поставит вопросы современности, полноценного изображения человека, строящего коммунизм. Ведь сила искусства — в том, чтобы идти в ногу со временем.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Р. ХАЧАТРЯН лауреат VII Всемирного фестиваля молодёжи в Вене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Pub-0004 · Рудольф Хачатрян · 1960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https://rudolfart.com/publications/Pub-0004?lang=ru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Pub-0004 · Рудольф Хачатрян · 1960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https://rudolfart.com/publications/Pub-0004?lang=ru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4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4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https://rudolfart.com/publications/Pub-0004?lang=ru</dc:subject>
  <dc:creator>python-docx</dc:creator>
  <cp:keywords>Rudolf Khachatryan; rudolfart.com</cp:keywords>
  <dc:description>Source: https://rudolfart.com/publications/Pub-0004?lang=ru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