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А. Авагян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поисков и мечтаний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Авангард · 1965, 26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небольших работах Рудольфа Хачатряна чувствуется стремление сказать о большом. Вот одна из его картин —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Молодость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 Это обычная, небольшая картина.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Друг напротив друга сидят юноша и девушка. В центре картины их руки соединились. В их взглядах — преданность, задумчивость, благородство.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 под репродукцией: «Молодость». Работа Рудольфа Хачатряна.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Pub-0008 · А. Авагян · 1965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Pub-0008 · А. Авагян · 1965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https://rudolfart.com/publications/Pub-0008?lang=ru</dc:subject>
  <dc:creator>python-docx</dc:creator>
  <cp:keywords>Rudolf Khachatryan; rudolfart.com</cp:keywords>
  <dc:description>Source: https://rudolfart.com/publications/Pub-0008?lang=ru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