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Гарегин Левонян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Каким он был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Мир книг (Гркери ашхар) · 1969, 30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Среднего роста, худой, жилистый и чуткий, лицо желтоватое, глаза выразительные и живые, голова лысая, борода не «подобающая вардапету», а оставленная лишь под подбородком, так называемая вагнеровская; сам быстрый в походке и нетерпеливый, вечно спешащий, вечно трудолюбивый, довольный жизнью, оптимист.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 был Комитас... Хотя его комната была украшена коврами и картинами, сам деятель искусства жил, можно сказать, спартанской жизнью: в еде был прост и умерен, не пил и не курил, спал и весной, и зимой с открытым окном и — что главное — ложился прямо на пол, без тюфяка и подушки. В нотной записи был аккуратистом, писал красиво, на им же самим разлинованной бумаге, так что с его рукописей можно было прямо делать клише.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ГАРЕГИН ЛЕВОНЯН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 портретом Комитаса:] Работа Р. ХАЧАТРЯНА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Pub-0012 · Гарегин Левонян · 1969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Pub-0012 · Гарегин Левонян · 1969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https://rudolfart.com/publications/Pub-0012?lang=ru</dc:subject>
  <dc:creator>python-docx</dc:creator>
  <cp:keywords>Rudolf Khachatryan; rudolfart.com</cp:keywords>
  <dc:description>Source: https://rudolfart.com/publications/Pub-0012?lang=ru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