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Портрет вручают Ачампонгу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Ghana Times · 1977, 22 июн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Генерал И. К. Ачампонг, глава государства и председатель Высшего военного совета, принимает цветной живописный портрет, на котором он изображён в парадной армейской форме. Портрет вчера вручил ему в замке Осу посол Советского Союза в Гане Юрий Бернов (справа).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Снимок сделан во время церемонии, на которой посол передал портрет главе государства.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своей речи г-н Бернов сказал, что вручение портрета стало символом глубокого уважения, которое народ Советского Союза испытывает к Высшему военному совету. — См. материал на с. 8.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Pub-0040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Pub-0040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https://rudolfart.com/publications/Pub-0040?lang=ru</dc:subject>
  <dc:creator>python-docx</dc:creator>
  <cp:keywords>Rudolf Khachatryan; rudolfart.com</cp:keywords>
  <dc:description>Source: https://rudolfart.com/publications/Pub-0040?lang=ru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