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Сантрян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1978, 19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МОСКВА, 19 октября (спец. корр. Арменпресс В. Сантрян). Любители изобразительного искусства с большим интересом познакомились с выставкой произведений заслуженного художника Армянской ССР Рудольфа Хачатряна, открывшейся 18 октября в Доме Союза художников СССР. Обращаясь к присутствующим, первый секретарь правления Союза художников СССР, действительный член Академии художеств СССР, народный художник Советского Союза Т.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сказал: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эти дни отмечается одно из знаменательных событий в жизни армянского народа — 150-летие объединения Восточной Армении с Россией. Одно из звеньев этой большой праздничной цепи — нынешняя выставка произведений молодого талантливого художника, мастера, чьи работы многократно показывались как в нашей стране, так и за рубежом и принесли автору ряд премий и дипломов. Работы Рудольфа Хачатряна отличаются тонким постижением духовного мира человека, высоким мастерством исполнения и ответственностью.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своих выступлениях высоко оценили работы художника также председатель правления Союза художников Армении, народный художник республики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С. Сафарян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председатель правления Союза художников РСФСР, действительный член Академии художеств СССР, народный художник РСФСР С. Ткачёв.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Затем со словами благодарности выступил Р. 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трёх залах Союза художников СССР представлено более пятидесяти графических портретов, созданных автором за последние шесть лет. Среди них — портреты пианиста Лексо Торадзе, искусствоведа Генриха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Игитяна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кинорежиссёра Швейцера, автопортрет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открытии выставки Р. Хачатряна присутствовали заведующий отделом культуры ЦК КП Армении Г. Аракелян, первый заместитель министра культуры Армянской ССР М. Харазян, известные художники, писатели, деятели театра и кино.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Примечание архива: эта же корреспонденция напечатана в газете «Авангард» 25 октября 1978 года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Pub-0043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Pub-0044 · В. Сантрян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Pub-0044 · В. Сантрян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https://rudolfart.com/publications/Pub-0044?lang=ru</dc:subject>
  <dc:creator>python-docx</dc:creator>
  <cp:keywords>Rudolf Khachatryan; rudolfart.com</cp:keywords>
  <dc:description>Source: https://rudolfart.com/publications/Pub-0044?lang=ru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