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 эфире Ереван (Этерум э Ереван) · 1978, 29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Друзья, 1 декабря в 15.05 редакция молодёжных передач расскажет вам о заслуженном художнике Рудольфе Хачатряне и его творчестве.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занимает прочное место в современном армянском изобразительном искусстве. Его произведения получили признание и за пределами нашей республики, свидетельство тому — выставка, открывшаяся в Москве. Каждый, кто знаком с искусством художника, может подтвердить, что его произведения — выражение любви и преданности и что он наделён неисчерпаемым умением превращать эту любовь в образ.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1959 году, когда Хачатряну было всего 22 года, он завоевал бронзовую медаль на всемирной выставке в Вене. В 1965 году с картинами «Материнство» и «Юность» художник участвовал в республиканской молодёжной выставке и был удостоен серебряной медали. На выставке, посвящённой 100-летию со дня рождения Комитаса, Рудольф Хачатрян участвовал с графической работой «Комитас» и получил первую премию.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Художника прежде всего привлекает жанр портрета, в котором особенно видны его несравненное профессиональное мастерство и умение раскрыть и воплотить образ модели.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Вскоре в Ереване, в Доме художника, откроется персональная выставка заслуженного художника.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Pub-0045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Pub-0045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https://rudolfart.com/publications/Pub-0045?lang=ru</dc:subject>
  <dc:creator>python-docx</dc:creator>
  <cp:keywords>Rudolf Khachatryan; rudolfart.com</cp:keywords>
  <dc:description>Source: https://rudolfart.com/publications/Pub-0045?lang=ru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