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Артистизм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Книжное обозрение · 1978, 17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карандашных портретах Рудольфа Хачатряна бросается в глаза одно свойство — они вполне осознанно вступают в диалог с образцами классического искусства. Он стремится показать, что виртуозное мастерство, точность и поэтичность штриха достижимы, если есть дарование, хорошая школа и точный глаз.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Народный художник СССР Таир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 «Меня покоряет законченность композиций Хачатряна. Не только завершенность чисто пластического порядка, но и та целостность мышления художника, которая позволяет ему воплощать свои идеи с подлинным артистизмом».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Каталог выставки работ за 1970—1978 годы заслуженного художника Армянской ССР Рудольфа Хачатряна выпущен издательством «Советский художник».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под иллюстрацией:] Автопортрет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Pub-0046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Pub-0046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https://rudolfart.com/publications/Pub-0046?lang=ru</dc:subject>
  <dc:creator>python-docx</dc:creator>
  <cp:keywords>Rudolf Khachatryan; rudolfart.com</cp:keywords>
  <dc:description>Source: https://rudolfart.com/publications/Pub-0046?lang=ru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