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О. Арутюнян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Глубокое проникновение в душу человека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Авангард · 1979, 7 сентября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Ереване. В 1959 году, когда ему было двадцать два года, его рисунок «Студентка» получил бронзовую медаль на Всемирной молодёжной выставке в Вене. В 1965 году на республиканской молодёжной выставке за картины «Материнство» и «Молодость» Рудольф Хачатрян был награждён [название медали на скане читается неуверенно], а в 1970 году на выставке к столетию Комитаса его работа «Комитас» получила первую премию.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1978 году Р. Хачатрян был удостоен звания заслуженного художника республики. В октябре того же года в Москве открылась его первая персональная выставка. В нынешнем году Рудольф провёл персональные выставки в Армавире и Одессе.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Самобытность Рудольфа Хачатряна была несомненна уже в рисунках, сделанных им в шестнадцать-семнадцать лет, и в созданных семь-восемь лет спустя картинах «Материнство» и «Молодость». Они до сих пор воспроизводятся на обложках различных советских и зарубежных журналов.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Успех живописных произведений Хачатряна не отдалил его от рисунка. Вскоре он отказался от цвета и от разложения света на краски, выбрав иной путь: одним светом и одним графическим средством достичь живописной выразительности. Портреты и натюрморты, созданные за последние шесть лет, показывают, что его усилия не были напрасны.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Сказать лишь, что они не были напрасны, недостаточно, особенно если речь идёт о небольших карандашных рисунках. В портретах и натюрмортах этой серии художник достиг такой концентрации мысли и чувства, что реалистические по форме изображения вызывают у зрителя переживания, которые трудно постичь и невозможно выразить словами.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«Натюрморт с засохшими цветами», «Портрет Атома», «Портрет моей жены», «Саломея», «Юдифь», «Автопортрет» и другие работы наполняют зрителя почти тем же чувством, которое испытывает впервые влюбившийся юноша, встретившись со взглядом любимого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Такие образы способен создавать только человек, безгранично любящий жизнь и природу-созидательницу; тот, кто всей своей сущностью ощущает чудо вечного существования, не отделяет себя от природы и живёт как её цельная, живая частица.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случайно Рудольф Хачатрян рисует только с натуры. Он не ищет прекрасное в вымышленных образах. Художник видит красоту внутри себя и в своём окружении. Природа уже прекрасна сама по себе. Хачатряну же дано счастье видеть всё прекрасным и столь же прекрасно воссоздавать увиденное.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Главным образом Хачатряна занимает жанр портрета. Именно здесь особенно ощутима его способность раскрывать модель и создавать её образ.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раз, глядя на новое законченное произведение Хачатряна, кажется, что дальше идти невозможно, что художник исчерпал все возможности и его линии уже некуда совершенствоваться. Но следующей работой он вновь доказывает обратное. Этим он внушает безграничную веру во внутренние возможности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 бы ни изображал Хачатрян — человека, цветы, рыбу или иной предмет, — он стремится раскрыть и сделать для всех видимой красоту натуры. И ему это удаётся, потому что художник ко всему относится с любовью.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Иногда зрителю может показаться, будто он идеализирует человека или другую модель. Но люди вообще не смотрят на человека и вещи с одинаковой глубиной любви и веры.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изображает модель точно, почти с фотографической достоверностью, однако при этом делает видимыми человеческую сущность, духовное богатство и самые характерные особенности.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ОВАННЕС АРУТЮНЯН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Pub-0050 · О. Арутюнян · 1979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Pub-0050 · О. Арутюнян · 1979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https://rudolfart.com/publications/Pub-0050?lang=ru</dc:subject>
  <dc:creator>python-docx</dc:creator>
  <cp:keywords>Rudolf Khachatryan; rudolfart.com</cp:keywords>
  <dc:description>Source: https://rudolfart.com/publications/Pub-0050?lang=ru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