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Вартанян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Диалог со зрителем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1980, 7 октября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Персональная выставка — хорошая возможность разобраться в сути творчества художника. На выставке произведений Рудольфа Хачатряна это происходит легко и быстро, что определяет сам жанр — карандашный портрет-рисунок. В интимной атмосфере рисунков люди живут внутренней жизнью, которую хотелось бы узнать и понять. И они не скупятся, не замыкаются в себе, а, предлагая зрителю диалог, щедро отдают то, чем наделил их творец-художник.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числе лучших на выставке, бесспорно, портреты кинорежиссёра Михаила Швейцера и актёра Анатолия Бочарова.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Из-под резко изломанных век словно выстреливает цепкий внимательный взгляд, подчёркнутый асимметрией глаз. Портрет несёт мощный эмоционально-духовный заряд. Мы видим человека зоркого и мудрого, чьё кредо — активное творческое освоение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Совсем другим выглядит А. Бочаров. Натура тонкая, чуткая, склонная к самоанализу, — он внимательно всматривается в книгу жизни чуть усталыми глазами.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Эти двое, помещённые в экспозиции рядом, характеры противоположные. Девиз одного — самоутверждение, выраженное так ярко, что где-то граничит с самоуверенностью. Другой сочетает в себе драматизм и сомнения. Но примиряет их доброе, разумное начало, присущее обоим.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Своеобразной альтернативой двум названным персонажам является портрет Наталии Сайко. Её отличает особенность, присущая, кстати, и ряду других женских образов, — загадочность. Только если в других портретах это выглядит как повод для домысливания, то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Н. Сайко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здесь артистично демонстрирует, играет в загадку. Портрет-миниатюра, пожалуй, более всего созвучен вкусу художника. В нём особенно проявляется любовное, бережное отношение Р. Хачатряна к природе и человеку.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Свет в рисунках Рудольфа Хачатряна всюду: извне, в улыбках, в тенях. Он пронизывает рисунок насквозь.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Почему художника интересует именно этот жанр — портрет-рисунок?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Прежде было принято считать, что рисунок — вспомогательная, подготовительная стадия для других видов искусства, — объясняет Р. Хачатрян. — Появившись как самостоятельный жанр в эпоху Возрождения, в наше время рисунок стремится стать отдельным организмом в искусстве. Сам «духовный» характер рисунка обязывает отнестись к нему внимательно.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Р. Хачатряна истина не лежит на поверхности, и потому нельзя согласиться с теми, кто готов после первого же знакомства с его работами обронить слово «натурализм». Образы Р. Хачатряна типичны, наделены всем человеческим и, конечно, индивидуальны.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 каком натурализме можно говорить, глядя на портрет жены художника? Драматизм образа в своё время вызвал у 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Н. Степанян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аналогию с Офелией. Но, как часто бывает у Р. Хачатряна, образ содержит и второй слой. Совмещены планы — страдания, любви и добра. Внутренняя напряжённость заставляет долго и внимательно вглядываться в этот очень живой, реалистический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В. ВАРТАНЯН, искусствовед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Pub-0061 · В. Вартанян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Pub-0061 · В. Вартанян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https://rudolfart.com/publications/Pub-0061?lang=ru</dc:subject>
  <dc:creator>python-docx</dc:creator>
  <cp:keywords>Rudolf Khachatryan; rudolfart.com</cp:keywords>
  <dc:description>Source: https://rudolfart.com/publications/Pub-0061?lang=ru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