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Затикян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Лицом к лицу с художником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Авангард · 1980, 15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нетерпением ждали мы того дня, когда вместе с нашим преподавателем М. Тер-Оганнисяном должны были пойти в Дом художника, чтобы встретиться с заслуженным художником Армянской ССР Рудольфом Хачатряном и посмотреть его работы в присутствии автора.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...Его работы, бережно развешанные в зале, на миг заставили забыть обо всём. Будто и не было красок в этих картинах. Из рам на стенах на нас смотрели живые человеческие лица — со своими волнениями, переживаниями...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 тот день я понял, что работы Р. Хачатряна больше всего привлекают меня своей непосредственностью, умением раскрывать человеческую сущность.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ВОЛОДЯ ЗАТИКЯН студент I курса факультета вычислительной техники ЕрПИ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Pub-0062 · В. Затикян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Pub-0062 · В. Затикян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https://rudolfart.com/publications/Pub-0062?lang=ru</dc:subject>
  <dc:creator>python-docx</dc:creator>
  <cp:keywords>Rudolf Khachatryan; rudolfart.com</cp:keywords>
  <dc:description>Source: https://rudolfart.com/publications/Pub-0062?lang=ru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