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В. Затикян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И один незабываемый день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Политехник · 1980, 30 октября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Уже стало традицией, что группы преподавателя кафедры русского языка и литературы М. Тер-Оганнисяна регулярно посещают достопримечательности и выставки столицы. Непосредственный организатор и активный участник этих мероприятий, способствующих эстетическому воспитанию студентов, — сам М. Тер-Оганнисян. Своими замечаниями, пояснениями, умением вызвать спор он помогает сделать каждое такое мероприятие действительно полезным и приятным.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этот раз мы, студенты группы ХТ 04-3, посетили выставку заслуженного художника Армянской ССР Рудольфа Хачатряна. Картины сразу захватили нас, заворожили и заставили забыть обо всём вокруг.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Красок не было в этих картинах, да краски им были и не нужны... Человеческая психология была передана там с такой глубиной, что остальные требования к искусству забывались.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Посмотрев картины, мы побеседовали с автором.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Правда и честность рождаются не в ком-то одном, они есть в каждом из нас. Долг художника — увидеть в человеке хорошее и суметь показать это другим, — подытожил художник.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Можно с уверенностью сказать, что этот принцип искусства полностью соблюдён в картинах Р. Хачатряна. Вот почему мы все так самозабвенно и оцепенело стояли перед его работами.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Бывают в жизни человека мгновения, насыщенные и полные мгновения, которые навсегда остаются в глубине памяти. Именно о таких мгновениях человек может уверенно сказать: я прожил прекрасный день.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ВОЛОДЯ ЗАТИКЯН, гр. ХТ 04-3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Pub-0064 · В. Затикян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https://rudolfart.com/publications/Pub-0064?lang=ru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Pub-0064 · В. Затикян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https://rudolfart.com/publications/Pub-0064?lang=ru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4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4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https://rudolfart.com/publications/Pub-0064?lang=ru</dc:subject>
  <dc:creator>python-docx</dc:creator>
  <cp:keywords>Rudolf Khachatryan; rudolfart.com</cp:keywords>
  <dc:description>Source: https://rudolfart.com/publications/Pub-0064?lang=ru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