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З. Карапетян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Встреча с художником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Политехник · 1981, 23 марта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дни зимних каникул наша группа в Москве посетила мастерскую известного армянского художника Р. Хачатряна. Это была наша вторая встреча с художником. Первая состоялась в Ереване, на его персональной выставке, открытой в Доме художника. Оба раза встреча была организована благодаря куратору нашей группы по политвоспитанию М. Тер-Оганнисяну.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Художник принял нас с тёплым армянским гостеприимством. В его мастерской нас ждал чудесный сюрприз. Там был друг художника, лингвист и философ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Мелкумян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 образу которого он не раз обращался в своих работах. Мы осмотрели мастерскую, незаконченные картины, предметы разных стилей и форм, которыми пользуется художник, — чалмы, головные уборы; с их помощью автор умеет раскрыть своеобразные человеческие характеры. Половину комнаты занимал подиум, на котором стоял рояль. На нём играл сам С. Рихтер.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гостеприимной чашкой кофе завязалась тёплая беседа, в ходе которой Р. Хачатрян рассказал о своих скитаниях и борьбе на поворотах жизненного пути и, наконец, о своём возвращении к подлинному искусству, к природе. Это своё возвращение к истокам художник объяснил так: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То, что дано человеку природой, не бесцельно, и человек всегда осознаёт ценность данного ему. С детства нас направляет внутренний голос, а это и есть сама природа. До сих пор удивляюсь совершенству тех своих работ, что были созданы в юности. Просто одарённому человеку нужно время, чтобы сформироваться, отточить свой вкус на образцах вековой культуры человечества так, чтобы не было повторения. После всего этого приходит «возвращение».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такое живопись? — был наш следующий вопрос.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Живопись — это творение. Самое меткое определение этой ветви искусства, несомненно, дал Леонардо да Винчи: «То, что дано природой, художник не копирует, а возвращает людям». Своеобразие рождается именно в этом процессе возвращения.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Чем объяснить, что основной жанр вашего творчества — портрет? Не однообразие ли это?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Нет, это не однообразие. Человек сам есть природа — многообразная в своих проявлениях. Именно поэтому портреты разных людей не могут быть одинаковыми. Каждый из них — индивидуальность, конкретный образ. Рисуя человека, я всегда рисую природу. Главное в моей жизни — любовь: любовь к людям, к природе, к жизни. Проявление этой любви — мои работы, в которых я стремлюсь быть понятным всем.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из нас очень долго будет помнить эту встречу с известным художником, каждое его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ЗЕФЮР КАРАПЕТЯН, гр. ХТ 82-3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Pub-0068 · З. Карапетян · 1981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Pub-0068 · З. Карапетян · 1981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https://rudolfart.com/publications/Pub-0068?lang=ru</dc:subject>
  <dc:creator>python-docx</dc:creator>
  <cp:keywords>Rudolf Khachatryan; rudolfart.com</cp:keywords>
  <dc:description>Source: https://rudolfart.com/publications/Pub-0068?lang=ru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