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Песня о человеке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Вечерний Ереван (Ерекоян Ереван) · 1983, 14 ноября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Природа наделила его редким даром, который называют талантом. Уже около двух десятилетий он воспевает человека, изображая его с романтико-лирическим чувством. Заслуженный художник Армянской ССР Рудольф Хачатрян всякий раз предстаёт перед любителями искусства с новыми произведениями.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ереванском Музее современного искусства открылась выставка работ известного мастера. Около пятидесяти портретов, натюрмортов и пейзажей стали результатом последних двух с половиной лет работы мастера рисунка.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Высокую оценку этим произведениям дали народный художник СССР, действительный член Академии художеств СССР, секретарь правления Союза художников СССР Таир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Салахов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писатель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Фазиль Искандер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поэт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Арсений Тарковский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другие.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 открытии художника приветствовали и высоко оценили его искусство первый заместитель министра культуры Армянской ССР М. Харазян, действительный член Академии художеств СССР Г.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Ханджян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, директор Музея современного искусства, заслуженный деятель искусств Армянской ССР Г.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Игитян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На открытии присутствовал заведующий отделом культуры ЦК КП Армении С. Аветисян.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(АРМЕНПРЕСС)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Pub-0076 · 1983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Pub-0076 · 1983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https://rudolfart.com/publications/Pub-0076?lang=ru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7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https://rudolfart.com/publications/Pub-0076?lang=ru</dc:subject>
  <dc:creator>python-docx</dc:creator>
  <cp:keywords>Rudolf Khachatryan; rudolfart.com</cp:keywords>
  <dc:description>Source: https://rudolfart.com/publications/Pub-0076?lang=ru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