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Хачманукян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Гимн красоте и добру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Вечерний Ереван (Ерекоян Ереван) · 1983, 30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Для заслуженного художника республики Рудольфа Хачатряна период творческих поисков уже в прошлом. Сегодня он нашёл прочное место в искусстве как самобытный творец. С уверенностью можно сказать, что художник достиг той завершённой цельности стиля, к которой сознательно и непроизвольно шёл всем своим творческим путём.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Возможность познакомиться с графическими работами Хачатряна дала ещё выставка, открытая в 1980 году в Союзе художников. Теперь, три года спустя, мы вновь можем встретиться с его работами. Выставка графических работ, выполненных в технике левкаса и открытая в Музее современного искусства Армении, наглядно убеждает, насколько активнее стала творческая позиция художника, как выделилось, окрепло и отточилось его мастерство.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Живопись на левкасе существует давно. Но Хачатрян открыл левкас в новом качестве, применив его для рисунка и тем самым расширив традиционное понятие графики. Художественные, эмоциональные возможности левкаса безграничны. Его матовая, тёплая и прозрачная фактура, светоносная стихия впитывают сепию и сангину, которыми работает художник, придавая линиям рисунка иллюзию живости. Безупречный, мастерски исполненный рисунок в сочетании с левкасом становится ещё выразительнее.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Творческое кредо Хачатряна остаётся неизменным. Как и прежде, в центре его внимания — Человек, и, как и прежде, ему свойственно стремление действовать по рациональному классическому принципу, создавать ясные, отчётливые, логичные, абсолютно завершённые произведения. В его композициях нет ничего лишнего, фальшиво-эффектного, нарушающего классическую строгость и сдержанность рисунка. Всё строится чётко, на жизненной основе и с заранее определённой точностью, которая проявляется уже при выборе модели. Художник всегда рисует с натуры, но не отдаётся механическому воспроизведению увиденного. Хотя он во всех подробностях прорисовывает отдельные детали, его композиции не несут и следа творческих мук — настолько изящно и с блестящим артистизмом они созданы.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представлены несколько композиций из триптиха «Армения», портреты, натюрморты.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портретист Рудольф Хачатрян рано достиг высокого мастерства. В этом жанре художник убедительно доказывает, что умело владеет секретами реалистического мастерства. Вместе с тем его образные трактовки новы и созвучны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Портреты Хачатряна внешне напоминают произведения эпохи Возрождения. Художник и не скрывает своей преданности искусству Ренессанса. Отталкиваясь от него, он создаёт совсем иной сюжет — о современных людях, об их внутреннем мире. Почти во всех представленных на выставке портретах мы узнаём наших современников: это портреты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Г. Игитяна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В. Мсряна,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Э. 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других. Глядя на портреты, созданные Р. Хачатряном, невольно вспоминаешь слова А. П. Чехова: «В человеке должно быть всё прекрасно...»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Примечательно композиционное построение его портретов. Фоном обычно служит чистая бумага или левкас. Художник отказывается от изображения лишних подробностей, сосредоточивая внимание зрителя на модели и раскрывая её изнутри, через её духовный мир. Он придаёт большое значение одежде своих героев, ставя её на службу раскрытию черт характера и настроения. Изображая свои модели в старинных костюмах, в чалмах с бахромой, художник тем самым окружает их ореолом романтики.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работы, конечно, не свободны от некоторой доли эстетства, но в каждой композиции за внешней красотой скрыт сложный психологический анализ.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Нежным лиризмом и особой одухотворённой красотой проникнуты женские портреты Хачатряна. В них воплотились отношение художника к женщине, его глубокое преклонение перед красотой. Хочу особо остановиться на «Профиле». Этот портрет поражает классической строгостью и изяществом форм.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Совсем иное настроение заключено в портрете художницы Инны Олевской. В нём всё — и широкая одежда, украшенная бесчисленной бахромой, и поза, и положение рук — служит раскрытию внутреннего настроения, характера. Но прежде всего, конечно, лицо. Сжатые губы, твёрдое выражение глаз, обрамлённых тонким изломом поднятых бровей, — всё говорит о цельной и волевой натуре.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Примечательна серия автопортретов 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 портретах, и в натюрмортах Хачатряна царит поэтическая философия красоты. Прекрасен не только человек — прекрасны и окружающие его предметы, выступающие в композициях как образные подобия людей. Предметы — будь то самовар, чайник или кувшин — перестают быть просто предметами. Они живут своей особой жизнью, обретая большое значение. Классичны по композиционному построению работы «Три рыбы»,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самоваром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отличающиеся внутренней сдержанностью и предельным лаконизмом. Всё творчество Рудольфа Хачатряна основано на глубоко убеждённой человечности.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М. ХАЧМАНУКЯН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СНИМКАХ: работы с выставки. Фото Л. САРКИСЯНА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Pub-0078 · М. Хачманукян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Pub-0078 · М. Хачманукян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https://rudolfart.com/publications/Pub-0078?lang=ru</dc:subject>
  <dc:creator>python-docx</dc:creator>
  <cp:keywords>Rudolf Khachatryan; rudolfart.com</cp:keywords>
  <dc:description>Source: https://rudolfart.com/publications/Pub-0078?lang=ru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