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Т. Вартанесова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Мир в рисунке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Комсомолец · 1983, 3 декабря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музее современного искусства Армении открылась выставка произведений заслуженного художника Армении Рудольфа Хачатряна. На выставке экспонируются работы, выполненные художником в последние годы. Они подытоживают творческий путь, пройденный художником. Чем же интересна нынешняя экспозиция? Все работы выполнены на левкасе — древняя техника грунтовки, на которой писались иконы. Естественно, возникает вопрос, почему современный художник решил возродить этот старый метод письма. И не только возродить, но и преобразовать, вдохнуть в него своё «я».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Ч. Айтматов писал, что «на свете нет нехоженых троп. Всё дело в том, какими глазами смотреть, что способен увидеть, открыть на той же дороге, по которой идут другие». Р. Хачатрян увидел богатый мир рисунка, который ранее считался только вспомогательным средством для художников и скульпторов. Подход художника к рисунку как к самостоятельному жанру в изобразительном искусстве определяется действительностью, в которой творит Р. Хачатрян. Действительность — это время больших скоростей и слишком запутанных связей. Поэтому человек старается как можно проще и логичней представить окружающий его мир, но в этой простоте сохранить его сложность, величественность, достоинство и красоту. И посетив выставку, зритель воочию убедится в величии рисунка Р. Хачатряна, возведённого в ранг живописи. Монохромная гамма передаёт все оттенки, все звуки окружающего нас мира. Вот он, берущий начало с этого небольшого букета диких гвоздик в медном ведерке девочки («Мокко», 1982 г.). Затем, проходя по залам, мы обнаруживаем, что этот мир увеличивается, расширяя свои горизонты, и вот уже простое изображение предметов переходит к лирическому повествованию о них, превращаясь в философию человеческого бытия.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Интересно, что у предметов, изображаемых художником, нет фона, вернее, фон составляет изображение самого предмета. «Цветы», 1981 год. Две доски и множество склянок с тонкими, как нервные волокна, ветками сухих цветов, торчащих за рамками картин. Их запутанное сплетение представляется художником как факт их существования, не зависящий от времени, пространства и места.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Изумительный женский портрет, тонкий, нежный — работа 1982 года «Профиль».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другой портрет. В складках щёк затерялась мягкая, почти детская, улыбка, в ней есть что-то знакомое, ежедневно встречающееся. Он твой современник, но ощущение такое, будто встречался с ним давно, много веков назад, в глубинах своей фантазии.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протяжении всего творческого пути Р. Хачатрян много раз обращался к автопортрету. На выставке представлены два новых автопортрета художника — 1981 и 1983 гг. Один из них, небольшой (1983 г.), и завершает экспозицию выставки. Автопортрет с трубкой и в очках, чуть удивлённый взгляд человека, оглянувшегося назад, на рубеж, только что им преодолённый.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Т. Вартанесова, сотрудник музея современного искусства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снимках: репродукции картин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Актриса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 и «Утро в мастерской». Фото Г. Аматуни.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Pub-0079 · Т. Вартанесова · 1983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Pub-0079 · Т. Вартанесова · 1983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https://rudolfart.com/publications/Pub-0079?lang=ru</dc:subject>
  <dc:creator>python-docx</dc:creator>
  <cp:keywords>Rudolf Khachatryan; rudolfart.com</cp:keywords>
  <dc:description>Source: https://rudolfart.com/publications/Pub-0079?lang=ru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