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Приглашает музей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Правда · 1984, 22 мая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Москвичи давно ждали открытия этого прекрасного особняка начала прошлого века — творения великого зодчего Доменико Жилярди. И вот двери «Дома Луниных» на Суворовском бульваре распахнуты для гостей. Специалисты треста «Мосреставрация» вернули дому первозданный облик. Его новый хозяин — Государственный музей искусства народов Востока. Первый весенний вернисаж в музее — выставка работ заслуженного художника Армянской ССР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● «Дом Луниных». ● В залах музея. ● Рудольф Хачатрян со своими работами.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Фото А. Назаренко.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Pub-0089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https://rudolfart.com/publications/Pub-0089?lang=ru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Pub-0089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https://rudolfart.com/publications/Pub-0089?lang=ru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8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8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https://rudolfart.com/publications/Pub-0089?lang=ru</dc:subject>
  <dc:creator>python-docx</dc:creator>
  <cp:keywords>Rudolf Khachatryan; rudolfart.com</cp:keywords>
  <dc:description>Source: https://rudolfart.com/publications/Pub-0089?lang=ru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