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Желтов Ж. Две выставки в Москве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Коммунист · 1984, 25 мая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Москве, в выставочном зале Союза художников СССР, открылась экспозиция произведений заслуженного художника Армянской ССР Ерануи Асламазян. Открывая выставку, секретарь правления Союза художников СССР О. Савостюк сказал: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Выставка Ерануи Асламазян вобрала в себя всё лучшее, что создано художницей. Ей доступны многие виды изобразительного искусства. На выставке представлены портреты, пейзажи, натюрморты, изделия из керамики, и в каждом из экспонируемых произведений чувствуется своё индивидуальное видение мира. Всё это художница самоотверженно доносит до зрителей. Её произведения отличают изящество, глубина, яркость, лирическая проникновенность.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Со словами тёплого приветствия к Е. Асламазян обратились народный художник СССР Н.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Никогосян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художники Е. Васильев, А. Папикян.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*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Москве состоялось торжественное открытие нового выставочного комплекса Государственного музея искусств народов Востока.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Суворовский бульвар, 12а. Нарядно выглядит старинный особняк — знаменитый дом Луниных. Много поработали реставраторы и специалисты, чтобы вернуть ему первоначальный облик, чтобы всё в нём выглядело так же, как в начале прошлого века. Поражает мастерство тонкой старинной росписи, ажурное чугунное литьё балконов, красота стройных мраморных колонн.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Первый день работы выставочного комплекса — и первый вернисаж. Право «обжить» просторные залы «Дома Луниных» выпало картинам заслуженного художника Армянской ССР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Выступая на открытии выставки, начальник отдела изобразительного искусства Министерства культуры СССР Г. Попов сказал: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 случайно новый выставочный комплекс открылся экспозицией произведений Р. Хачатряна. Этот художник пользуется широкой известностью, он самобытный и талантливый. Его творчество отличает высокий профессионализм, глубина проникновения в жизнь, характеры людей. Оно полно света, добра, мысли и потому заставляет волноваться, размышлять. Экспозиция работ Рудольфа Хачатряна — хорошее начало в работе выставочного комплекса.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Затем выступили первый секретарь правления Союза художников СССР, народный художник СССР Т.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директор Государственного музея народов Востока А. Теселкин, народный художник СССР, Герой Социалистического Труда Д. Налбандян, заслуженный деятель искусств Армянской ССР Г.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Они говорили о высоком уровне работ Р. Хачатряна, их психологической тонкости и совершенстве.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экспозиции представлено около 100 работ художника. Это портреты, пейзажи, натюрморты.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пользуется большим успехом у москвичей и гостей столицы.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Обе выставки посетили первый секретарь ЦК КП Армении К. Демирчян и председатель Совета Министров республики Ф. Саркисян.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С. Желтов, соб. корр. «Коммуниста».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Pub-0093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Pub-0093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https://rudolfart.com/publications/Pub-0093?lang=ru</dc:subject>
  <dc:creator>python-docx</dc:creator>
  <cp:keywords>Rudolf Khachatryan; rudolfart.com</cp:keywords>
  <dc:description>Source: https://rudolfart.com/publications/Pub-0093?lang=ru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