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Музей искусства народов Востока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Коммунист · 1984, 27 мая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МОСКВА. В МУЗЕЕ ИСКУССТВ НАРОДОВ ВОСТОКА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Москва. В Музее искусств народов Востока открыта выставка заслуженного художника Армении Рудольфа Хачатряна.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снимке: посетители выставки осматривают экспонаты.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Фото В. Созинова. Фотохроника ТАСС.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Pub-0094 · 1984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https://rudolfart.com/publications/Pub-0094?lang=ru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Pub-0094 · 1984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https://rudolfart.com/publications/Pub-0094?lang=ru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94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94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https://rudolfart.com/publications/Pub-0094?lang=ru</dc:subject>
  <dc:creator>python-docx</dc:creator>
  <cp:keywords>Rudolf Khachatryan; rudolfart.com</cp:keywords>
  <dc:description>Source: https://rudolfart.com/publications/Pub-0094?lang=ru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