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Рябоченко М.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Вернисаж «у Луниных»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Московский комсомолец · 1984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Суворовский бульвар — в обрамлении лип и цветущих каштанов. Их молодая зелень оттеняет красоту старинных зданий, среди которых одно выделяется особо. Парадный вход, строгая колоннада, подчёркнутая чугунным кружевом балконной решётки…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особняк, построенный в начале прошлого века по чертежам и эскизам Доменико Жилярди, известен как совершенный образец позднего классицизма. Строился он для дворянского семейства Луниных, близких родственников декабриста. В энциклопедических словарях и справочниках так и значится: «Дом Луниных». Многих хозяев переменил он на своём веку.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здание передано Государственному музею искусств народов Востока. На днях в нём открылся новый выставочный комплекс музея.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Давно не видел «Дом Луниных» такого съезда гостей. Пока для посетителей открыто шесть залов. Высокие потолки и окна, колонны из искусственного мрамора, камины, лепнина и роспись плафонов — всё здесь как и прежде. Реставраторы постарались восстановить первоначальную планировку и отделку помещений. И теперь «Дом Луниных» после многочисленных предыдущих перестроек предстаёт перед нами в первозданном виде.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Пока в выставочном комплексе будут проходить переменные выставки, — рассказывает главный хранитель музея Л. Ф. Трускова. — А в будущем сюда переедет часть нашей коллекции. Сотни уникальных экспонатов, знакомящих с культурой народов Советского Востока, Закавказья, Индии, Японии, Тибета, будут представлены в постоянной экспозиции. Живопись, прикладное искусство, керамика, работы по металлу, маски…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Более сорока тысяч единиц хранения насчитывается в фондах музея. Из-за тесноты помещений в доме № 16 по улице Обуха многие редкие произведения были скрыты в хранилищах. Теперь каждый экспонат будет иметь свою «жилплощадь». С некоторыми из них посетители ознакомятся впервые — именно здесь, в «Доме Луниных». В новом здании созданы все условия для «долгожительства» сокровищ музея. Специальные кондиционеры регулируют температуру и влажность воздуха в залах, а высокие окна позволяют любоваться экспонатами при естественном дневном освещении.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Итак, на Суворовском бульваре, 12-а, новоселье — первый весенний вернисаж. Свои произведения на суд зрителей представил заслуженный художник Армянской ССР Рудольф Хачатрян. В экспозиции более ста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впереди — новые выставки.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М. Рябоченко. Фото Д. Маринина.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Pub-0096 · Рябоченко М.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Pub-0096 · Рябоченко М.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https://rudolfart.com/publications/Pub-0096?lang=ru</dc:subject>
  <dc:creator>python-docx</dc:creator>
  <cp:keywords>Rudolf Khachatryan; rudolfart.com</cp:keywords>
  <dc:description>Source: https://rudolfart.com/publications/Pub-0096?lang=ru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