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Государственный музей искусства народов Востока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Досуг в Москве · 1984, № 21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Суворовский бульвар, 12-а, тел.: 291-03-41, 291-02-12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Новый выставочный комплекс музея открылся в знаменитом «доме Лунина» — редком памятнике «высокого классицизма или ампира», творении знаменитого московского архитектора Д. Жилярди. Восстановление внутреннего облика здания выполнено мастерами объединения «Союзреставрация». В приспособлении памятника под музей участвовали специалисты института «Гипротеатр». По мере завершения работ в доме на Суворовском бульваре развернётся основная выставочно-экспозиционная деятельность музея.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Первой экспозицией здесь стала выставка произведений заслуженного художника Армянской ССР Р. Хачатряна. В ней около ста произведений: портреты деятелей науки и искусства, пейзажи.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Лорисович Хачатрян родился в 1937 г. в Ереване. Рисовать начал рано и уже в возрасте 18 лет представлял свои графические работы на республиканских выставках.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поэт линии. Заинтересованно и живо относясь к поискам современного изобразительного искусства, он остаётся убеждённым «традиционалистом», сторонником классического рисования, где успех зависит исключительно от таланта и твёрдости руки художника и полностью исключает возможность случайных технических эффектов.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Природа дарования Хачатряна и его художественный темперамент всегда заключают в себе возможность открытий. Самое яркое из них произошло, когда он перенёс своё рисование на левкас, то есть на загрунтованную особым, старинным способом доску. Левкас позволил добиться ещё большей монументальности и большей скрупулёзности в рисунке.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Творчество Хачатряна неотрывно связано с действительностью. Весь человеческий мир является его миром. Он живёт и работает в Москве, любит русскую культуру, но ощущает себя прежде всего армянским художником. Эта позиция художника-интернационалиста во многом способствует развитию его гуманистического искусства, позволяет увидеть в каждом человеке главное — возвышенное творческое начало.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Pub-0098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Pub-0098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https://rudolfart.com/publications/Pub-0098?lang=ru</dc:subject>
  <dc:creator>python-docx</dc:creator>
  <cp:keywords>Rudolf Khachatryan; rudolfart.com</cp:keywords>
  <dc:description>Source: https://rudolfart.com/publications/Pub-0098?lang=ru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