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В. Липатов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Мое сердце — это небо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Комсомольская правда · 1984, 22 июля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Музее искусства народов Востока — выставка народного художника Армянской ССР Рудольфа Хачатряна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Люди с улицы смотрят и думают: вот зажглось окно, кто-то встал ранний. Они не знают, что это девочка подошла к окну — и возник в стене восьмигранный чудодейственный кристалл, наполненный светом. Рисунок называется «У окна».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Человек излучает свет.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А что такое свет, как не искренность и любовь, — думает Хачатрян и подходит к мольберту…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Только человек! Хачатрян сравнивает росписи Сикстинской капеллы с портретом Джоконды, которая кажется ему глухой и немой: настолько сосредоточена в себе, в своей внутренней музыке. Она побеждает лавину фресок, потому что в ней сосредоточена вся Галактика.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Вся Галактика в одном-единственном человеке.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Говорят, человек — зеркало природы. Задачей художника Хачатрян видит возвращение отражения к самой природе. Возвращение к самому себе. Нахождение своей Галактики.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«Здесь свет, пожирающий цвет…» Карандашные рисунки Хачатряна — это чистота и воздушность. Это линия, которая только пытается обозначить чистоту и воздушность, никак не ограничивая и не удерживая… «Я грущу, что в каждом человеке не живёт Моцарт». Слова Экзюпери созвучны настроению художника, в своих моделях он ищет и обнажает моцартовское начало.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 многих ранних рисунках властвует «принцип окна». Рисованная рама окружает портреты… Как если бы дом художника стоял у дороги, а к открытому окну подходили люди — знакомые и просто прохожие. Приходили вместе со светом и несли в себе свет.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Мальчик Сева пристально-задумчиво смотрит на замершие струны деревьев.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Что ты видишь, строгий, ясный мальчик? — Я открываю. — Что открываешь ты? — Деревья тянутся ко мне, похожи ли они на меня?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Рисунок дочери…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С чем пришла, доченька? — Я думаю, папа. — О грустном или весёлом? — И о том, и о другом. Мне о многом надо подумать.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Нежное недоумение наполняет глаза женщин на портретах Хачатряна. Мягкая робость скользит по лицам лёгкой блуждающей улыбкой. Они словно просят снисхождения, но и гордятся собой… «Ладошка твоя щурит свет Моны Лизы», — сказал поэт Андрей Вознесенский.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Вот я пришла, — задумчиво говорит молодая женщина («Портрет жены»). — Я принесла цветы…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Рука её опускается на нарисованную раму, пальцы слегка разжимаются, и чуть-чуть рассыпаются цветы.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Я некстати, — продолжает она, — и всё-таки взгляни на меня: разве могу я прийти некстати?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Воображаемые диалоги. На портретах Хачатряна — человек, произносящий слово. И каждая морщинка на говорящем лице человека значительна. В детстве приснился ему сон: тончайше прорисованное лицо в «невероятном» свете. Может быть, рисунки художника — стремление достичь совершенства того идеального образа. Среди лиц юношеской поры привлекает доброе лицо бабушки.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Всегда хотел быть сильным и смелым. Не уклонялся от драк, умел себя защитить. Страсти обуревали его. Влюблялся пламенно, ненавидел — навсегда. Был влюблён в воспитательницу в детском саду. Нечаянно разбил стакан. Воспитательница в дождь и слякоть погнала его домой за стаканом… Так погибла любовь. В ярости и обиде мчался Хачатрян, нарочно заскакивая в самые глубокие лужи и разбивая грязь в брызги. Где было знать воспитательнице, что стакан в доме Хачатрянов один-единственный.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Военные, голодные годы… Что рисуют в детстве? Сказку? Хачатрян рисовал печку-«буржуйку»: ярко светится сквозь её дырочки жар сожжённых дров, дрова лежат у печки…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«Если работать для хлеба — кончилась жизнь». Здесь пропущено слово «только», потому что с юности он трудился именно для хлеба — «ворочал камни» — знаменитый армянский туф, вобравший в себя свежее солнце рассвета и грустное солнце заката.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 он работал не только для хлеба, а чтобы рисовать. Эта страсть сжигала его с самых ранних лет. Ещё пятилетним набрасывал матери орнамент, она вышивала…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Потом ходил по улицам и рисовал людей. Особенно нравились старики. Однажды в садике подошёл красивый человек с трубкой. Посмотрел на рисунок. «Сынок, приходи ко мне в мастерскую. Я —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Кочар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». Знаменитый Кочар, великий экспериментатор, стал «духовным отцом» мальчишки с ереванской улицы. Он мог «заражать искусством» и хвалить безудержно, но так, что это не вызывало самодовольства, но рождало желание достигать самых высоких вершин его хвалы…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Так рождался линеарный монолог Хачатряна. Сейчас освоил он новую технику, рисует коричневой сепией по левкасу — многослойному светлому грунту, покрывающему доску (изобретено ещё древнерусскими живописцами). Художник считает, что у него наступила «стадия мрамора и бронзы». Свет сгустился и почти стал цветом. Тонкая светлость линии приобрела тональность. Рисунок стал монументальным и живописным. Но отчего-то тоскуешь по почти стерилизованной чистоте ослепительного света прежних рисунков. Хачатрян уже не обнажает моцартовское начало, а словно прячет его. Хочет защитить? Чувствует приближение Сальери? В чём это может выразиться? В чрезмерной монументализации, издержках раз и навсегда избранной манеры, «артистизме ремесла», излишнем бесстрастии иных портретов?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Бесспорно одно — новая манера позволила ему и углубиться в психологический мир своих моделей.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Хачатрян может представить свою модель в старости и «вспомнить» её в детстве. Это помогает ему лучше понять человека.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Когда его одолевают сомнения, а творчество как бы заходит в тупик, он обращается к образу человека, которого знает и много лучше, и много хуже других. Он возвращается сам к себе. Всматривается в себя более пристально, чем обычно. И пишет автопортрет.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Мы видим — художник опустошён творчеством, изможден и как-то староват. Морщины и тени на лице. Волосы опали копной, рабочая блуза проста. Навечно приговорён к труду…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Он создаёт автопортрет, будто идёт по своим горам, как геолог — с единственной целью: найти самые ценные породы. «Я сам себя поднимаю».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мы видим — он напряжён, полон вдохновения. Ему хочется быть лёгким и артистичным. Рука, красуясь, лежит на боку, карандаш — в другой, как пойманная птица.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Всецело веруя во всесилие своего карандаша, сосредоточенно-томительно смотрит он на модель. Спрашивает — утверждает: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Кто вы, зачем вы? Всё вижу, всё знаю.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Смотрит на модель, как врач на больного.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Волнами живой материи заботливо и значительно окружает он лицо и тело человека. Его модель кажется одетой особенно, в старинную или специального покроя одежду. Но Хачатрян протестует, когда в одеждах находят старинный изыск, даже сердится, объясняя: «Вот это водолазка, это индийская юбка, это шаль…» Прекрасно-нежная геометрия тела «Натурщицы» увенчана тюрбаном. «Женщина после купания, — говорит художник. — Разве не так она повязывает голову?..» И он прав.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Береты, складки, рюшечки смотрятся для художника знаками душевной устойчивости или смятения, выплеснутого наружу… Простой венок на голове модели вызывает ассоциацию со ста эпохами. Мы отвыкли надевать венки. Хачатрян возвращает нас к природе и красоте.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Ему дорого всё, что близко окружает человека, несёт его отражённый свет. Потому он рисует натюрморты. Осязаемость луковиц можешь почувствовать в руках, сорвать шершавую кожуру, вонзить зубы в ошеломляющую сочность мякоти. Но одновременно это и некий символ, прекрасная вещь природы. Поэзия металла слышится в самоваре, кастрюле, половнике. В тусклом блеске — затаённый звон.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 себя в мастерской Хачатрян своих рисунков не держит, по стенам не развешивает. Они сказали ему своё слово и ушли. Художник жадно устремлён к следующему, притягивающему его человеку, к новой Галактике.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Он мог бы повторить слова столь любимого им Аветика Исаакяна: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Моё сердце — это небо, И любая жизнь земная В нём свою звезду имеет, Свой престол имеет в нём.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В. Липатов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Pub-0102 · В. Липатов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https://rudolfart.com/publications/Pub-0102?lang=ru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Pub-0102 · В. Липатов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https://rudolfart.com/publications/Pub-0102?lang=ru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02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02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https://rudolfart.com/publications/Pub-0102?lang=ru</dc:subject>
  <dc:creator>python-docx</dc:creator>
  <cp:keywords>Rudolf Khachatryan; rudolfart.com</cp:keywords>
  <dc:description>Source: https://rudolfart.com/publications/Pub-0102?lang=ru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