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Вануи Шермазанян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Чистым светом искусства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1984, 29 августа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[Рубрика:] Московская выставка советского армянского художника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в Москве с большой торжественностью открылось новое здание Государственного музея искусства народов Востока — «Дом Луниных»: так москвичи называют этот великолепный особняк на Суворовском бульваре, построенный во втором десятилетии XIX века знаменитым архитектором Доменико Жилярди.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Честь первым выставиться в новом музее была предоставлена заслуженному художнику Армянской ССР РУДОЛЬФУ ХАЧАТРЯНУ — художнику, чьё имя хорошо известно любителям искусства и чьи заслуги совсем недавно были увенчаны высоким и почётным званием народного художника Армянской 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 Каждый раз, начиная новую работу, он с волнением вспоминает тот далёкий день, когда ему было всего пятнадцать лет и он делал наброски, сидя в сквере Ереванского оперного театра. В минуту вдохновенной работы он вдруг почувствовал, что какие-то люди пристально следят за ним из-за спины. Он обернулся и в тот же миг услышал возглас человека загадочной наружности: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Смотри,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Галенц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это возрождение духа Леонардо да Винчи!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Этим человеком был великий художник и скульптор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чья мастерская после той встречи открыла ему многие тайны мира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мы вошли в выставочный зал, какой-то молодой человек листал книгу отзывов. К нему подошла пожилая женщина и с улыбкой спросила: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Ну как, очень хвалят?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— ответил молодой человек, — пишут правду.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Потом, когда мы сами уже листали отзывы, нам встретились разные признания: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«Спасибо, ваша выставка — праздник искусства, здесь одновременно и радуешься, и грустишь...»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«Мир художника так близок, так притягателен и вдохновляет, что человек не может, не хочет уйти, выйти оттуда, а уйдя, долго носит этот мир с собой. Прихожу на выставку уже в третий раз и ещё приду...»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 Первое чувство, которое охватывает при виде работ Р. Хачатряна, — благородство его искусства, глубокое выражение человеческих характеров и душевных состояний, вера в вечное существование света и истины. Мастерство его руки словно равноценно полёту мысли. Глубинное ощущение мира, исполнительская культура, дар и своеобразие мышления, умение сжатыми, выразительными средствами создавать иллюзию многоцветности, удивительное постижение сложных человеческих душ, дальнозоркость видения и звучное построение и художественная цельность всего этого составляют идею и основу творчества Хачатряна-художника. В созданных им образах — непрестанно разгорающийся свет, живое движение, разные психологические состояния и разные чувства. Портреты выражают благородство и отвагу.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Особое место в творчестве Р. Хачатряна занимают натюрморты. Художник умеет привести предметы в движение, вдохнуть в них жизнь и придать определённую идею неподвижным явлениям.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плодотворнее становится «волшебный кристаллик» художника. Все художники с того дня, как берут в руки кисть или карандаш, ищут форму, средство и язык выражения данного им природой дара, ибо пока у тебя нет своего почерка, только тебе присущего лица и взгляда, не достичь той высоты, где в области искусства обретают пристанище немногие. Рудольф Хачатрян — из тех выстрадавших счастливцев, кто искал и нашёл собственный стиль и язык выражения своего таланта. С 1979 года он рисует на левкасе. Это материал, на котором в старину маслом писали иконы. По признанию самих художников и искусствоведов, новаторство Хачатряна-художника в том, что, создавая рисунок сепией на левкасе, он соединил несоединимое — левкас и рисунок.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Специалисты ещё не раз обратятся к этому явлению. А он продолжает двигаться вперёд по проложенной им тропе, рисует с новым вдохновением, закаляя своих героев в горниле собственной души и передавая им её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ВАНУИ ШЕРМАЗАНЯН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под иллюстрациями:] Рудольф Хачатрян.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Моко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«Натюрморт. Искусство». «Абу-ль-Ала аль-Маарри».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Pub-0103 · Вануи Шермазанян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Pub-0103 · Вануи Шермазанян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https://rudolfart.com/publications/Pub-0103?lang=ru</dc:subject>
  <dc:creator>python-docx</dc:creator>
  <cp:keywords>Rudolf Khachatryan; rudolfart.com</cp:keywords>
  <dc:description>Source: https://rudolfart.com/publications/Pub-0103?lang=ru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