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Открытие музея Востока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Искусство · 1984, №9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15 мая в просторном реконструированном старинном здании Государственного музея искусства народов Востока на Суворовском бульваре, 12а открылась выставка произведений армянского художника Р. Хачатряна. В центре внимания художника — человек сегодняшнего дня. Хачатрян предпочитает натуры незаурядные с ярко выраженными характерами. Здесь можно было увидеть портреты известных литераторов, актеров, художников, ученых. Ученик известного скульптора Ерванда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Хачатрян придерживается классически ясной формы выражения. Простая и четкая линия в рисунках Хачатряна превращается в средство, с помощью которого художник стремится передать богатство и разнообразие окружающего мира, передать тончайшие оттенки человеческих чувств.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Pub-0106-а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https://rudolfart.com/publications/Pub-0106-%D0%B0?lang=ru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Pub-0106-а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https://rudolfart.com/publications/Pub-0106-%D0%B0?lang=ru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6-%D0%B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6-%D0%B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https://rudolfart.com/publications/Pub-0106-%D0%B0?lang=ru</dc:subject>
  <dc:creator>python-docx</dc:creator>
  <cp:keywords>Rudolf Khachatryan; rudolfart.com</cp:keywords>
  <dc:description>Source: https://rudolfart.com/publications/Pub-0106-%D0%B0?lang=ru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