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"Rudolf Khatchatrian - Master of Drawing"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Mirror-Spectator · 19 October 1985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 рисунка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ХАЧАТРЯН, новый мастер старого искусства, покажет свои рисунки в Детройте и в Лос-Анджелесе. Его считают первооткрывателем, вдохнувшим новую жизнь в многовековую традицию иконы. Материал иконописи — левкас на деревянной доске — он использует для монохромных рисунков и сепии, добиваясь необычного эффекта.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Г-н Хачатрян уже в Детройте, где в четверг 17 октября открылась его первая выставка в Северной Америке — в Центре искусств и отдыха армянской церкви Св. Иоанна в Саутфилде, штат Мичиган.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конце октября выставка переедет в Heritage Gallery в Лос-Анджелесе.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Вартерес Карагозян, деятельный руководитель Editions Erebouni, сыграл решающую роль в том, что Рудольф Хачатрян и его работы оказались в Соединённых Штатах.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— выдающийся художник, которого хорошо знают и уважают по всему Советскому Союзу.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Эти выставки дают редкую возможность увидеть мастерские работы одного из самых уважаемых художников своего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Верен себе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СМОТРЕТЬ, как Рудольф Хачатрян работает над очередным портретом, — впечатление, которое не забывается. Посреди чистого белого поля, без всякой предварительной подготовки, он начинает рисовать два глаза. Только закончив глаза, он переходит к другой детали портрета и работает над ней с той же поглощённостью. Невольно спрашиваешь себя, удастся ли художнику собрать из этих разрозненных частей связное целое, — и всякий раз с удивлением обнаруживаешь, что композиция не только завершена, но и не требует ни иных решений, ни добавлений, ни поправок. Готовая работа так чиста и гармонична, что кажется созданной разом, одним волшебным движением.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Хачатряна не запечатлевают застывшего мгновения: фотографичность его не занимает. Он схватывает всю суть человека в вечности — или вечность в человеке. Ради этого художник устанавливает с моделью особую связь и требует от неё той же преданности работе, какая есть у него самого. И тогда модель вдруг оказывается в самой середине совершающегося чуда и, более того, понимает, что её участие было необходимой частью творческого процесса.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Первый автопортрет Хачатрян нарисовал в тринадцать лет, и с тех пор этот жанр приобрёл для художника особое значение: «Всякий раз, когда я исчерпываю силы и наступает творческий тупик, я обращаюсь к новому автопортрету. Этот единственный в своём роде труд самопроверки приносит с собой желание работать и потребность создавать...» Именно в такую пору он начал пробовать работать на доске, покрытой левкасом. Так возник автопортрет, дававшийся художнику мучительно тяжело из-за постепенно слабеющего зрения. Зритель, однако, не чувствует в работе ни усилия, ни боли.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Сила художника в том, что он не спорит с природой, своей учительницей, не пытается её изменить или улучшить, а сливается с ней, проникает в её глубину и затем переносит понятое на бумагу. И чем бы он ни работал — графитным карандашом, сепией или сангиной, — мы видим не один цвет, а целый строй оттенков.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Рудольфа Хачатряна приносят глоток свежего воздуха, который будит и напоминает о человеческих ценностях. Он перенял искренность классиков, но никогда не пытался им подражать, потому что убеждён: однажды созданная правда живёт своей жизнью и не может быть создана заново. Работам Хачатряна присуще то неуловимое качество, которое рождается из уверенности художника, что ему некому и нечего доказывать и что есть лишь одно желание — быть верным только самому 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Дар портретиста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график по преимуществу. Рисунок для него не ещё одно средство художественного высказывания: у рисунка своя самостоятельная задача и своё особое вещество. Глядя на его портреты (его любимый жанр), вспоминаешь работы мастеров Возрождения. В них та же безупречность классического рисунка, соединённая, разумеется, с современной формой и современным зрением. Хачатрян прочно укоренён в художественной традиции, и даже самая недавняя его техника заимствована у мастеров Возрождения. Его портреты исполнены графитом по левкасному грунту. Неровная поверхность левкаса не похожа на нейтральный фон бумаги; её мягкая, бархатистая фактура втягивает зрителя в глубину изображения.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дар портретиста делает модели Рудольфа Хачатряна вневременными. Не зная их заранее, невозможно определить ни место, ни время. Зритель начинает искать сходства с людьми иных эпох и иных стран.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лицах — богатая духовная жизнь. Поверхностному и случайному здесь нет места. Художник идёт дальше того, что видит глаз, и выявляет красоту даже в самых обыкновенных лицах. И работает ли он сепией или сангиной — одним этим цветом ему удаётся выразить и тончайшие чувства, и самую суть.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портретах Хачатряна нет робкой неопределённости сентиментального романтизма. Его линия чиста, тонка и точна, и портреты выходят завершёнными и органичными.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работал в композиции и в натюрморте. Он мастер чистой линии, безупречного вкуса и совершенства. Красота, которую он создаёт, захватывает — и захватывает снова и снова.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Марина Самсонян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Новый мастер старого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РУДОЛЬФА ХАЧАТРЯНА зрелость и владение мастерством привели к поискам новых материалов, в которых он мог бы сильнее выразить своё сложное восприятие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понял, что его видение и размах его художественного мышления стеснены пределами карандашного рисунка, и это неизбежно вело его к слому традиционного понятия о рисунке.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Выход Хачатрян нашёл в левкасе (грунт на деревянной доске) — материале, который открыл неожиданные возможности в области графики.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материал много веков был хорошо известен старым иконописцам. Но Хачатрян применил левкас не для живописи маслом, а для 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Работая на левкасе, он достиг небывалого мастерства рисунка в этом материале. Это мастерство помогло ему двинуться дальше, к новым художественным ценностям.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поверить, что эти сложные, светящиеся, полные цвета вещи созданы одноцветной сепией.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Кажется, будто художник каждым движением карандаша высвобождает таинственную жизнь, скрытую в глубине дерева.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последние годы художник поражает зрителя простотой классических форм и невероятно строгой линией.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искусстве, как и в жизни, «простое» означает самое трудное, самое редкое. Особенно в искусстве «простое» означает новый уровень, достигнутый художником в традиционных формах, которые классические мастера возделывали до того, что они стали совсем привычными, — и в которые художник вдохнул новую жизнь в современных условиях.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«Простой» эта форма искусства считается потому, что она общеизвестна в художественном мире, а трудна она потому, что требует нового уровня совершенства сверх той формы, которую совершенством считали старые мастера.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не разрушает старых форм рисунка. Он отталкивается от общепринятой формы, которую мастера Возрождения считали завершённой, и воссоздаёт её в новых условиях и в новом качестве.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Кира Михайловская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та же газетная полоса напечатана в «Арминиан обсервер» (Лос-Анджелес) 6 ноября 1985 года — Pub-0115; статья Марины Самсонян из неё перепечатана также в «Нор кеанк» (Глендейл) 31 октября 1985 года — Pub-0111.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Pub-0110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Pub-0110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https://rudolfart.com/publications/Pub-0110?lang=ru</dc:subject>
  <dc:creator>python-docx</dc:creator>
  <cp:keywords>Rudolf Khachatryan; rudolfart.com</cp:keywords>
  <dc:description>Source: https://rudolfart.com/publications/Pub-0110?lang=ru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