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Выставка Рудольфа Хачатряна в Лос-Анджелесе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Новая жизнь (Нор кеанк) · 1985, 31 октября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Рисунки Рудольфа Хачатряна выставлены в Лос-Анджелесе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ЛОС-АНДЖЕЛЕС, КАЛИФОРНИЯ. — После показа в церкви Св. Иоанна в Саутфилде, штат Мичиган, в начале октября новейшие рисунки уроженца Еревана Рудольфа Хачатряна будут выставлены в Лос-Анджелесе, в Heritage Gallery, 12—16 ноября.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родился в 1937 году в Ереване, в Армении. Рисовать он начал ребёнком, а с восемнадцати лет участвовал во многих художественных выставках в Армении.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Его жизнь совершенно переменилась в пятнадцать лет, когда он познакомился с известным скульптором и живописцем Ервандом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Кочар оказал длительное влияние на становление и взгляды художника. Он открыл юноше мир Леонардо да Винчи и Альбрехта Дюрера.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Работы Хачатряна выставлялись во многих странах и получили несколько международных наград. Он показывал их в Германии, Польше, Чехословакии, Болгарии, Италии, Франции и Англии.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1960 году он был избран членом Союза художников СССР.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1969 году он получил первую премию за работу «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Комитас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», написанную к столетию великого композитора.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 1971 года его дом — Москва, где он работает и выставляется.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Первая его персональная выставка прошла в Москве в 1978 году. Затем он выставлялся в Ленинграде, Одессе, Ереване и во второй раз в Москве в 1984 году, когда ему было присвоено звание народного художника Армянской ССР.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Вот что сказала о Хачатряне искусствовед Марина Самсонян: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— график по преимуществу. Рисунок для него не ещё одно средство художественного высказывания: у рисунка своя самостоятельная задача и своё особое вещество.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Глядя на его портреты (его любимый жанр), вспоминаешь работы мастеров Возрождения. В них та же безупречность классического рисунка, соединённая, разумеется, с современной формой и современным зрением. Хачатрян прочно укоренён в художественной традиции, и даже самая недавняя его техника заимствована у мастеров Возрождения. Его портреты исполнены графитом по левкасному грунту. Неровная поверхность левкаса не похожа на нейтральный фон бумаги; её мягкая, бархатистая фактура втягивает зрителя в глубину изображения.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Именно дар портретиста делает модели Рудольфа Хачатряна вневременными. Не зная их заранее, невозможно определить ни место, ни время. Зритель начинает искать сходства с людьми иных эпох и иных стран.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его лицах — богатая духовная жизнь. Поверхностному и случайному здесь нет места. Художник идёт дальше того, что видит глаз, и выявляет красоту даже в самых обыкновенных лицах. И работает ли он сепией или сангиной — одним этим цветом ему удаётся выразить и тончайшие чувства, и самую суть.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портретах Хачатряна нет робкой неопределённости сентиментального романтизма. Его линия чиста, тонка и точна, и портреты выходят завершёнными и органичными.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Кроме портретов, Хачатрян работал в композиции и в натюрморте. Он мастер чистой линии, безупречного вкуса и совершенства. Красота, которую он создаёт, захватывает — и захватывает снова и снова.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Вартерес Карагозян, деятельный руководитель Editions Erebouni, сыграл решающую роль в том, что Рудольф Хачатрян и его работы оказались в Соединённых Штатах.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Эта выставка даёт редкую возможность увидеть мастерские работы одного из самых уважаемых художников своего поколения.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Heritage Gallery находится в Лос-Анджелесе по адресу: 718 N. La Cienega Blvd.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приведённая здесь статья Марины Самсонян напечатана также в Armenian Mirror-Spectator 19 октября 1985 года — Pub-0110 — и в «Арминиан обсервер» (Лос-Анджелес) 6 ноября 1985 года — Pub-0115.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Pub-0111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Pub-0111 · 1985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https://rudolfart.com/publications/Pub-0111?lang=ru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1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https://rudolfart.com/publications/Pub-0111?lang=ru</dc:subject>
  <dc:creator>python-docx</dc:creator>
  <cp:keywords>Rudolf Khachatryan; rudolfart.com</cp:keywords>
  <dc:description>Source: https://rudolfart.com/publications/Pub-0111?lang=ru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