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Интервью с Рудольфом Хачатряном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Масис · 9 ноября 1985, с. 1, 3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 РУДОЛЬФА ХАЧАТРЯНА В ЛОС-АНДЖЕЛЕСЕ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Усилиями издательской организации «Эребуни» 12–16 ноября в Heritage Gallery будут выставлены работы графика с родины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родился в 1937 году в Ереване. Рисовать он начал с детских лет и с восемнадцати лет участвовал во многих выставках.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Хачатряна выставлялись в разных странах мира и удостоились многих наград. Его работы были представлены в Германии, Франции, Чехословакии, Болгарии, Италии и Англии. В 1960 году Хачатрян был избран членом Союза художников СССР. В 1969 году он получил первую премию на конкурсе живописи, организованном по случаю столетия Комитаса.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1971 года Р. Хачатрян работает в Москве, устраивая выставки в разных городах Советского Союза.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1984 году Рудольф Хачатрян был удостоен почётного звания народного художника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До Лос-Анджелеса, 17–20 октября 1985 года, работы Хачатряна экспонировались на выставке, организованной художественной комиссией детройтской церкви Св. Иоанна. В ходе этой выставки были проданы 24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нашей странице искусства мы публикуем интервью, данное художником с родины детройтскому «Радиовещанию армянского культурного наследия», которым руководит г-н Е. Азадян.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/>
          <w:sz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*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ИНТЕРВЬЮ С РУДОЛЬФОМ ХАЧАТРЯНОМ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Господин Хачатрян, мы хотели бы начать нашу беседу, собрав некоторые сведения о вашем становлении как художника. Где вы учились, какова ваша подготовка и какова была роль Ерванда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 развитии вашего искусства?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Мне кажется, обычно случайностей не бывает, есть закономерности. В тринадцать-четырнадцать лет я учился в Ереванском художественном училище. Потом я ушёл из училища и случайно встретил Ерванда Кочара, которого все называли маэстро. Он был редким явлением в Армении и вообще в кругу знатоков искусства, людей, размышляющих об искусстве. Кочар много лет прожил в Париже, вкусил всю мировую культуру, глубоко её постиг и создал новое направление в истории современного искусства, по-французски — «peinture dans l’espace» [живопись в пространстве]. Он был основателем этого направления.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тридцать шесть лет молодой маэстро возвращается из Парижа в Армению, чтобы продолжать своё искусство на родной земле. Всем известен великолепный памятник Давиду Сасунскому, украшающий привокзальную площадь нашего Еревана. Кочар был ходячей энциклопедией, знал всё — и философию, и литературу. С пятнадцати и до тридцати трёх лет мы встречались почти каждый день, беседовали, я всегда показывал ему свои работы. Каждый день я нёс Кочару новую работу: или я шёл к нему, или он приходил ко мне. Именно это общение дало мне такую большую любовь к искусству и стремление работать в нём. Общение очень важно для 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Живописи, по-моему, не учат — ею надо заразить: заразить любовью к искусству рисунка, трудолюбием, пониманием подлинной цели искусства; а самое важное — общение художника с большими художниками.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Значит, академической специальной подготовки вы не получили.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Нет, она мне уже была не нужна, потому что в пятнадцать лет, позвольте сказать, я уже был подготовлен, я самостоятельно прошёл эти пути.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Значит, в основном благодаря общению с Кочаром и другими большими художниками вам удалось сложить свою художническую индивидуальность.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Да, потому что складывать индивидуальность — это не только рисовать: надо непременно понимать всю историю искусства рисунка, современное искусство. Это необходимое условие для всякого художника — независимо от того, следует ли он современному искусству или классическому: надо быть в курсе всего. А после этого художник, если у него есть талант и дар, непременно скажет своё слово.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Хотел бы задать вам вопрос о художниках Армении. Сколько сегодня в Армении художников, каким школам они следуют, насколько причастны к мировым художественным движениям, кто среди них самые одарённые и известные?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Сегодня в Армении около восьмисот (800) профессиональных художников. Для Армении это довольно много. Есть и непрофессионалы, тоже довольно много. Вообще армянский народ играл и будет играть очень большую роль в области культуры. Есть много талантливых художников; молодые художники знают прошлое и настоящее мировой живописи. Сведения в Армении есть всегда, и армянские художники знают почти всё, ведь двадцатый век таков, что всякая новинка доходит быстро. Журналы об искусстве печатаются, так что они в курсе всего. Но, конечно, важно не только знать, но и общаться.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Талантливые художники — я очень люблю и ценю Рубена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Адаляна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Мартина Петросяна, братьев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Элибекян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. Есть много одарённых скульпторов, таких как Ара Шираз,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Оган Петросян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многие другие. Это мои любимые, мои друзья, с которыми я часто встречаюсь, спорю, говорю. Надо, чтобы и их персональные выставки были и в Америке, и в других странах.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Наши художники не похожи друг на друга: у каждого своя индивидуальность и своё личное слово.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Каково ваше представление об абстрактном искусстве?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считаю его приемлемой формой, которая уже прожила свою жизнь. Сегодня мне смешно заниматься абстрактным искусством. Я считаю таких людей опоздавшими.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 думаете ли вы, что есть тенденция к новой классичности?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Да, конец двадцатого века идёт к осуществлению стремления к завершённому классическому искусству, потому что, на мой взгляд, нового сказать уже нечего: всё испробовали, всё закончилось — в смысле формы. Поэтому мы естественным образом идём к прошлому с новым словом. Когда древнее искусство создало греческую скульптуру, понадобилось шестнадцать веков, чтобы те же идеи во время Возрождения ожили в живописи.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По-вашему, пределы человеческого мышления в искусстве уже достигнуты, поэтому ощущается потребность в новой классике?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Да, я считаю, что новая классика возникнет в нынешнем рисунке, потому что в живописи это было бы повторением классического искусства, искусства Возрождения. Нужно создать новую возможность. Я создал эту возможность — левкас и сепию. Их сочетание позволяет создать новое классическое, высокое искусство, но повторяю: в живописи этого не будет.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 ограничены ли левкас и рисунок? Дают ли они в полной мере чувство целостности искусства?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Да, и не то что дают — посмотрите: рисунки полностью дают все эти возможности.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хочу вернуться к идее света. В вашей биографии есть история — насколько это легенда, насколько правда, не знаю. В раннем детстве вам было видение, излучение света, и вся ваша жизнь посвящена поискам этого света. Не хотели бы вы сказать, насколько это реально?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Это реальная история, но мне не хотелось бы на ней задерживаться, но это видение было: трижды, в один и тот же день, ночью, в темноте. Мне было тогда двенадцать лет, и я думаю, что именно этот свет я ищу в каждой работе, в каждом рисунке. Неважно, человек ли это, пейзаж или вид природы. Я всегда хочу видеть этот свет. Вероятно, это миссия (mission), которая дана.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Удалось ли вам своим искусством найти этот свет, или ещё нет?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не ищу, а стремлюсь ещё полнее выразить этот свет. Сделано уже немало. Это не такая вещь, которую находишь и ищешь: это любовь, свет, который должен быть в человеке одновременно. Свет — это добро; добрая и прекрасная любовь должна быть в человеке каждый день, каждый час, чтобы он мог видеть мир глазами доброты и чтобы и картины были замешаны на этом свете.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Мы хотим повернуть нашу беседу и к американскому искусству. Вы сейчас в Америке и наверняка знакомы с американским искусством. Каковы особенности американского искусства? Что вам нравится и что не нравится?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 американским искусством я знаком ещё с Еревана. Знаете что: Америка — ещё молодая страна, страна без традиций. Когда я смотрю на американскую живопись начального периода — она, так сказать, не классическая, а живопись восемнадцатого–девятнадцатого века; хороша она или плоха — она такова. Современное искусство, конечно, ворвалось в Америку из Европы. По-моему, в американском искусстве есть всё, кроме духовного искусства. Идеи духа, духа — нет. А ведь именно дух создаёт качество, поэтому и качество не то. Кажется, всё выписано дотошно, но написано это не для духа, а только для глаза. Иное дело работы художников Возрождения: всё написано скрупулёзно, но есть и дух, который для меня приемлем. Не случайно, что в США возник гиперреализм. Это скорее фото, фотографическое искусство, фотографический образ мысли. Даже берут фотографию, увеличивают и пишут с фотографии. Это знак стремления к реальному миру; это хорошо, но мало — недостаёт духа. Это происходит от недостатка традиций в искусстве. А как мы можем быть бездуховными, когда у нас есть многовековая армянская история? И история нашего прошлого создана духом, силой духа, и лишь потом пришло осознанное изложение. Дух был первичным.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 меня бывали многие американские художники, которым очень нравились мои работы; они выражали желание, чтобы я устроил выставку в этой стране. Я написал многих сотрудников американского посольства. Вообще сотрудники посольства в Москве очень интересуются нашим искусством, любят его.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Есть ли у вас в Москве художественный круг, круг людей вокруг вашего искусства? Есть ли в нём армяне?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Москве много известных художников, например скульптор Никогос Никогосян, народный художник СССР, и другие, молодые художники. Но знаете, художники вообще одиноки, они любят своё одиночество, потому что в одиночестве создают искусство. Много общаться невозможно, это потеря времени. Я здесь уже десять дней, но мне очень тяжело, потому что почти не рисую, сердце томится. Я привык работать по десять-двенадцать часов в день.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Сейчас в поисках своего искусства вы достигли определённого рубежа, и этот рубеж даёт вам полноту. Куда вы стремитесь идти дальше?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Продолжать то, что создал, продолжать — чтобы прибавить прежде всего духа и качества. Искусство — не поиск, а, лучше сказать, способность любить. Для меня величайший художник тот, кто любит больше всех. Самое трудное — любить, а ещё — суметь живописью спеть об этой любви.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### Подписи к иллюстрациям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СВЕТЛОВОЛОСАЯ ЖЕНЩИНА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АВТОПОРТРЕТ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Pub-0120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Pub-0120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https://rudolfart.com/publications/Pub-0120?lang=ru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2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https://rudolfart.com/publications/Pub-0120?lang=ru</dc:subject>
  <dc:creator>python-docx</dc:creator>
  <cp:keywords>Rudolf Khachatryan; rudolfart.com</cp:keywords>
  <dc:description>Source: https://rudolfart.com/publications/Pub-0120?lang=ru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