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Аспарез · 1985, 9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12–16 НОЯБРЯ 1985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пятницу вечером, 1 ноября 1985 года, издательство «Эребуни» на пресс-конференции в лос-анджелесской гостинице «Голливуд» представило армянской прессе мастера рисунка из Армении, художника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находится в Лос-Анджелесе по приглашению издательства «Эребуни», чтобы лично присутствовать на выставке своих работ, которая пройдёт 12–16 ноября 1985 года в галерее «Херитейдж» и устраивается тем же издательством.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 пресс-конференции Рудольф Хачатрян больше часа беседовал с представителями армянской печати, отвечал на их вопросы, рассказывал о своей работе и о работе других художников на родине. Он говорил о выдающемся армянском живописце и скульпторе Ерванде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Кочаре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с которым работал многие годы и у которого перенял немало секретов искусства, прибавив к ним впоследствии новые, рождённые собственным опытом.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Рисует он карандашом и линией, и линией создаёт свои замечательные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родился в Ереване и уже четырнадцать лет работает в Москве, неизменно сохраняя связь с родиной, где у него бывает больше одной выставки в год. Он член Союза художников СССР, а в 1984 году удостоен звания заслуженного художника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 первый советский армянский художник, у которого в Америке проходит персональная выставка. Есть надежда, что любящие искусство люди нашей общины придут на выставку и, увидев работы, оценят художника.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Pub-0122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Pub-0122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https://rudolfart.com/publications/Pub-0122?lang=ru</dc:subject>
  <dc:creator>python-docx</dc:creator>
  <cp:keywords>Rudolf Khachatryan; rudolfart.com</cp:keywords>
  <dc:description>Source: https://rudolfart.com/publications/Pub-0122?lang=ru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