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"Soviet-Armenian Artist to Exhibit Drawings in L.A."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California Courier · 1985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ЛОС-АНДЖЕЛЕС. Работы советского армянского графика Рудольфа Хачатряна будут показаны в Heritage Gallery, 718 N. La Cienega Blvd., Лос-Анджелес, 12–16 ноября, с 11 утра до 6 вечера.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Выставку устраивает Вартерес Карагозян, директор лос-анджелесского издательства «Editions Erebouni».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— первый советский художник, чьи работы выставляются в Соединённых Штатах. Его рисунки показывали в Детройте 18–20 октября.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родился в 1937 году в Ереване, живёт в Москве. В 1984 году ему присвоено звание народного художника Советской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Хачатрян... автопортрет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Pub-0124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Pub-0124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https://rudolfart.com/publications/Pub-0124?lang=ru</dc:subject>
  <dc:creator>python-docx</dc:creator>
  <cp:keywords>Rudolf Khachatryan; rudolfart.com</cp:keywords>
  <dc:description>Source: https://rudolfart.com/publications/Pub-0124?lang=ru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