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в Детройте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Апага · 1985, 14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армянского происхождения Рудольф Хачатрян (в газете — «Խաչատուրեան», Хачатурян), пользующийся большой известностью и уважением в Советском Союзе, в понедельник 7 октября проехал через Монреаль по пути в Детройт. Г-н Хачатрян покажет свои работы в Детройте и Лос-Анджелесе. Выставку в Детройте организовала местная церковь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несколько часов пребывания здесь художник побывал в школе Алека Манукяна и в Новом центре Текеянского культурного союза, а затем отбыл в Детройт.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Желаем художнику успеха на обеих его выставках на Американском континенте.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Pub-0127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Pub-0127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https://rudolfart.com/publications/Pub-0127?lang=ru</dc:subject>
  <dc:creator>python-docx</dc:creator>
  <cp:keywords>Rudolf Khachatryan; rudolfart.com</cp:keywords>
  <dc:description>Source: https://rudolfart.com/publications/Pub-0127?lang=ru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