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работ Рудольфа Хачатряна в Лос-Анджелесе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Апага · 1985, 2 декабря · Перевод с французского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самых последних работ Рудольфа Хачатряна прошла в лос-анджелесской «Heritage Gallery» с 12 по 16 ноября. В начале октября его рисунки показывали в церкви Св. Иоанна в Саутфилде, штат Мичиган.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родился в Ереване в 1937 году, начал рисовать с раннего детства, а с восемнадцати лет участвовал во многих художественных выставках.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Встреча с 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знаменитым скульптором и живописцем, целиком переменила жизнь молодого Хачатряна. Его влияние на художественное развитие и на взгляды пятнадцатилетнего тогда Хачатряна оказалось долговременным. Кочар ввёл юного художника в мир Леонардо да Винчи и Альбрехта Дюрера, которые произвели на молодое дарование сильное впечатление.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во многих странах: в Германии, Польше, Болгарии, Италии, Франции и Великобритании. Он удостоен нескольких международных премий. В 1960 году избран членом Союза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1969 году его картина «Комитас» получила первую премию на праздновании столетия великого композитора.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он живёт в Москве, где в 1978 году состоялась его первая персональная выставка. С тех пор его выставки проходили в Ленинграде, Одессе, Ереване. В 1984 году ему присвоено звание народного художника Советской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«Автопортрет», 1981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Караван-баши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вопрос о нём искусствовед Мария Самсонян [так в оригинале; в других публикациях архива — Марина Самсонян] ответила: «Рудольф Хачатрян — график по преимуществу. Рисовать для него не просто художественный способ выразить свои чувства, а факт, реальность, имеющая собственную, самостоятельную функцию и единственное в своём роде вещество. Когда изучаешь его портреты (его любимый жанр), замечаешь черты, которые заставляют вспомнить мастеров Возрождения.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них та же безупречность классического рисунка, соединённая с современной формой и современным восприятием. Хачатрян — один из столпов художественной традиции, и даже самая новая его техника заимствована у мастеров Возрождения. Его портреты выполнены грифелем по левкасной бумаге, неровная поверхность которой отличается от нейтральной поверхности бумаги и тем самым намекает на третье измерение.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портретист Хачатрян гениален своей способностью увековечивать тех, кто ему позирует. В его портретах нет зыбкости сентиментального романтизма; линия его чиста, тонка и выверена.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Выставки по всем Соединённым Штатам дают нам редкую возможность изучить работы одного из больших талантов нашего поколения».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Pub-0129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Pub-0129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https://rudolfart.com/publications/Pub-0129?lang=ru</dc:subject>
  <dc:creator>python-docx</dc:creator>
  <cp:keywords>Rudolf Khachatryan; rudolfart.com</cp:keywords>
  <dc:description>Source: https://rudolfart.com/publications/Pub-0129?lang=ru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