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Гурков А.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От Детройта до Лос-Анджелеса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культура · 1985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США прошла недавно персональная выставка советского художника. В Детройте и Лос-Анджелесе любители живописи познакомились с творчеством народного художника Армянской ССР Рудольфа ХАЧАТРЯНА. По возвращении из США Р. Хачатрян дал интервью нашему корреспонденту.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Эта выставка, — сказал художник, — была организована американским издательством «Эребуни» и его президентом Вартересом Карагёзом в сотрудничестве с советскими учреждениями. На ней было представлено 60 работ. Вернисаж в Детройте собрал многих представителей американских деловых кругов, коллекционеров.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Для выставки я создал ряд работ. Конечно, не все представленные картины, среди которых были и известные советской публике, предлагались для продажи. Поскольку выставка-продажа — мероприятие не только художественное, но и коммерческое, то её успех в значительной мере определяется числом проданных картин. Так вот, уже в Детройте были куплены 24 мои работы, большинство приобретены для музея.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Затем выставка переехала в Лос-Анджелес, где была развёрнута в известной «Эритаж гэллери». Её открытие состоялось в знаменательный момент — накануне встречи в верхах в Женеве, что во многом предопределило большой интерес к ней калифорнийской общественности, средств массовой информации.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Рудольф Лорисович, какова была реакция американской общественности на встречу в верхах в Женеве?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Встреча вызвала в Америке огромный резонанс. Она вселила надежду, что начнётся улучшение советско-американских отношений, что удастся остановить гонку вооружений. Я убедился, какой интерес вызывает в США наша политика. Американский народ, как и советский, хочет жить в мире, и многие мои собеседники говорили о том, что искусство может и должно помочь сохранить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Каковы ваши впечатления о художественной жизни США?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Во многих произведениях американских мастеров есть глаз и рука профессионала, но недостаёт сердца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 что нам есть что показать в Америке. Америку не удивишь ни модернизмом, ни гиперреализмом. Но американцев можно удивить... духовностью.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 сожалению, наше искусство знают там пока слишком плохо и предвзято. Корреспондент телевидения, к примеру, спросила, выбираю ли я сам темы для своих работ или мне их предписывают...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Вообще должен сказать, что был несколько удивлён излишне рационалистическим, деловитым, что ли, отношением к изобразительному искусству. Выставки длятся не как у нас — неделями, месяцами, а несколько дней. Советскому человеку смотреть на это странно. У нас выставки действительно проводятся для народа.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Интервью взял А. ГУРКОВ.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Pub-0130 · Гурков А.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Pub-0130 · Гурков А.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https://rudolfart.com/publications/Pub-0130?lang=ru</dc:subject>
  <dc:creator>python-docx</dc:creator>
  <cp:keywords>Rudolf Khachatryan; rudolfart.com</cp:keywords>
  <dc:description>Source: https://rudolfart.com/publications/Pub-0130?lang=ru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