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Рисует Рудольф Хачатрян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Новое время · 1986, № 22, 30 мая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МЕЖДУНАРОДНЫЙ КОНКУРС ФОТОМАСТЕРОВ И ХУДОЖНИКОВ «ГОД МИРА»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Рисует Рудольф ХАЧАТРЯН (СССР)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Автор — известный советский мастер рисунка, народный художник Армении. Недавно в США с успехом прошла выставка его произведений.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Pub-0134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Pub-0134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https://rudolfart.com/publications/Pub-0134?lang=ru</dc:subject>
  <dc:creator>python-docx</dc:creator>
  <cp:keywords>Rudolf Khachatryan; rudolfart.com</cp:keywords>
  <dc:description>Source: https://rudolfart.com/publications/Pub-0134?lang=ru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