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Г. Кочинян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Советская Армения (Советакан Айастан на арм. яз.),Ереван, 1986, 20 декабря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1986, 20 декабря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Московское издательство «Изобразительное искусство» выпустило массовым тиражом альбом рисунков народного художника Армянской ССР Рудольфа Хачатряна; составитель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Лазарев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художник-оформитель — М. Быков.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альбом вошли репродукции около ста произведений художника, дающие общее представление о творчестве мастера рисунка.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Хронологический охват довольно велик — 1951–88 гг. Это позволяет проследить творческий путь художника и его достижения.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Альбом открывается предисловием народного художника СССР Т.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за которым следует статья искусствоведа М. Лазарева, посвящённая жизни и творчеству Р. 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произведениях Рудольфа Хачатряна очевидна связь как с национальными, так и с европейскими классическими традициями. Трепетное, одухотворённое искусство армянской средневековой миниатюры, монументальность каменных памятников питали искусство художника. Большое влияние на формирование Хачатряна как художника оказал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которого он называет своим учителем.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последнее время Рудольф Хачатрян работает в основном графическим методом по левкасу. Как пишет в предисловии к книге Т. Салахов, «техника рисунка по левкасу словно позволила Хачатряну сплести строгую выразительность классического рисунка с многообразными возможностями рисования».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Герои Хачатряна — в основном люди интеллектуального труда. Портреты этнографа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Л. Абрамяна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лингвиста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Мелкумяна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работы «Мужской профиль», «Караван-баши», «Пилигрим» свидетельствуют о способности художника проникать в духовный мир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создал целую галерею женских портретов, среди которых выделяются портреты жены художника, сделанные в разные годы, «Юдифь», «Лаура», «Портрет итальянки».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Рисовальщик предпочитает один цвет. Более того, он лишает портреты фона, помещая их словно во вселенскую беспредельность. И всё это делается с большой артистичностью.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мастер и натюрморта. В книгу вошли его натюрморты разных лет.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«Кажется, что рисунок художника становится более живописным, чем сама живопись». Эта оценка, данная М. Лазаревым искусству Рудольфа Хачатряна, — высшая, какую может ожидать любой рисовальщик.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Г. КОЗИНЯН старший научный сотрудник Республиканского центра эстетического воспитания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[Подписи:] НА СНИМКАХ — «Автопортрет», «Артистка»,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Большой натюрморт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», «Лаура». Фотографии А.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Есаяна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Pub-0137 · Г. Кочинян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Pub-0137 · Г. Кочинян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https://rudolfart.com/publications/Pub-0137?lang=ru</dc:subject>
  <dc:creator>python-docx</dc:creator>
  <cp:keywords>Rudolf Khachatryan; rudolfart.com</cp:keywords>
  <dc:description>Source: https://rudolfart.com/publications/Pub-0137?lang=ru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