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Галаева С.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Знакомьтесь: Рудольф Хачатрян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Голос Родины (Айреники дзайн) · 1987, №4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Это было тридцать пять лет назад. Известный армянский художник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встретил на улице Еревана увлечённо рисующего мальчишку-подростка. Увидев его наброски, мастер воскликнул: «Смотри, возрождается дух Леонардо!»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Тогда пятнадцатилетний Рудольф Хачатрян впервые услышал имя гения эпохи Возрождения. В семье мальчика никто не проявлял особого интереса к искусству. Кочар был первым, кто открыл для Рудольфа имена Леонардо да Винчи, Рембрандта, Гойи... Случайная встреча скоро переросла в дружбу. Известный мастер стал и учителем талантливого юноши.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1959 год... В Вене проходит Всемирный фестиваль молодёжи и студентов. Двадцатидвухлетний художник становится лауреатом организованной здесь международной выставки изобразительного искусства. Бронзовой медалью отмечен его рисунок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студентки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Через год молодой график принят в Союз художников СССР.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Успех, однако, не оградил художника от почти десятилетнего поиска в живописи. Завершив искания, он целиком отдаёт себя графике. Одинаково свободно владея карандашом, сепией, сангиной, Хачатрян добивается всё более и более виртуозной техники. Его называют «поэтом линии». Художник возвращает рисунку значимость законченного произведения искусства... Когда смотришь на женские портреты, сделанные карандашом в 70-е годы, ощущаешь: мастер победил мёртвую материю, его модели почти осязаемы...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— излюбленный жанр Хачатряна. Здесь художник и психолог, и философ, размышляющий вместе со своими героями о добре, красоте, духовных ценностях бытия...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монументальности, к которой тяготеет его творчество, ощутимо влияние армянского зодчества и фресок. В изысканном и тонком рисунке — продолжение мастерства непревзойдённых армянских миниатюристов — книжных графиков.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Возможно, и вам, читатель, запомнились рисунки народного художника Армянской ССР Рудольфа Хачатряна. Он участник многих международных выставок, проходивших в Италии, Англии, Франции, США и других странах. Ну а тем, кто не знаком с творчеством армянского художника, поможет издательство «Изобразительное искусство», которое недавно выпустило альбом «Рудольф Хачатрян. Рисунок». (Автор-составитель М. П.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Лазарев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Предисловие народного художника СССР Таира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С. ГАЛАЕВА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Pub-0146 · Галаева С.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https://rudolfart.com/publications/Pub-0146?lang=ru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Pub-0146 · Галаева С.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https://rudolfart.com/publications/Pub-0146?lang=ru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4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4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https://rudolfart.com/publications/Pub-0146?lang=ru</dc:subject>
  <dc:creator>python-docx</dc:creator>
  <cp:keywords>Rudolf Khachatryan; rudolfart.com</cp:keywords>
  <dc:description>Source: https://rudolfart.com/publications/Pub-0146?lang=ru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