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Выставка «Страна Советов»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Творчество · 1988, №1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 Всесоюзной художественной выставки «Страна Советов»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В. Пименов. Из серии «Молодость земли». 1987. Офорт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Р. Хачатрян. Студентка. 1986. Левкас, сепия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П. Оссовский. Баллада о революции. Правая часть триптиха. 1987. Масло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Ю. Утанс. Готовность. 1986. Масло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Д. Джикия. 1917 год. 1987. Бронза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стр. 3: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О. Вуколов. Куранты бьют. 1987. Масло, уголь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А. Бейшенов. Смерть активистки. 1986. Масло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А. Гудайтис. Приглашение к танцу. 1982. Масло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Ж. Умарбеков. Триптих «Начало». 1985. Масло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Pub-0156 · 1988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https://rudolfart.com/publications/Pub-0156?lang=ru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Pub-0156 · 1988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https://rudolfart.com/publications/Pub-0156?lang=ru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56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56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https://rudolfart.com/publications/Pub-0156?lang=ru</dc:subject>
  <dc:creator>python-docx</dc:creator>
  <cp:keywords>Rudolf Khachatryan; rudolfart.com</cp:keywords>
  <dc:description>Source: https://rudolfart.com/publications/Pub-0156?lang=ru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