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В. Житомирский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Открытие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Московская правда · 1993 20 марта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 Рудольфе Хачатряне и его работах я вспоминал совсем недавно в салонах африканского национального искусства, в Кейптауне, любуясь, наверное, самым необычным, что создано резчиками Чёрного континента, — деревянными композициями племени маконде. Сплетение искорёженных страстями фигур, порой лишь отдалённо напоминающих человеческие (да, собственно, резчики изображают не людей, а «шетани» — духов), удивительно напомнило то, что довелось увидеть раньше в небольшом особняке в лондонском районе Финчли. Здесь последние три года живёт и в чудовищном ритме работает мастер, чьё творчество, казалось бы, хорошо известно.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Ещё мальчиком он познакомился с вернувшимся из Парижа маэстро Ервандом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прославившимся своей «пространственной живописью» — изображением фигур в нескольких плоскостях. Тот стал его первым и главным наставником, научившим юного художника раскрепощённости духа и мысли. Ощущение внутренней свободы Рудольф стремился сберечь в себе всегда. И тогда, когда начинал свой творческий путь как живописец. И позднее, утверждая себя в качестве виртуозного графика и портретиста.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Общество несвободы и воплощавшего её в искусстве соцреализма отторгло вольнодумца, когда в конце 60-х он выставил в Москве цикл работ абстрактного плана. Потом он вернётся в столицу, начнётся его «классический период», итогом которого станет выставка, открывшая Государственный музей искусства народов Востока — «Дом Луниных». Но вот очередной поворот в его судьбе, повлёкший новый спиральный виток в творчестве: приглашение от «алмазного короля» Оппенгеймера в британскую столицу.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вот всё накопленное за жизнь, перечувствованное, передуманное и пережитое ложится на холст, рождая с первого взгляда нечто удивительное. Мы видим какие-то намёки на фигуры, страшно трансформированные, но монументальные и убедительные. Подобно африканским резчикам-маконде, в поисках вдохновения отправляющимся на ночное бдение в ближайший лес с его звериными рыками, шипением, шорохами, трансформирующими пережитое и как бы увиденное на следующее утро в деревянные композиции, Хачатрян создаёт свой мир.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совершает открытие — находит свою формулу человека, изображая преемственность жизни, соединяя пространство и время. Ведь каждый таит в себе несколько состояний, в зависимости от обстоятельств переходя из одного в другое, каждый навечно обременён собственным детством. И вот рождается единый образ «мать — ребёнок». Во время нашего разговора художник называл его «маленький-большой». По его словам, это его главная находка.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Наверное, так оно и есть. Впрочем, чем объяснять, куда лучше собрать эти сотни родившихся за три года картин, дополнить более ранними работами и показать ретроспективу творчества мастера-философа. Хачатрян должен познакомить со своими размышлениями-видениями зрителей, тех, кто будет готов принять у себя такую экспозицию.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В. ЖИТОМИРСКИЙ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Pub-0190 · В. Житомирский · 1993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https://rudolfart.com/publications/Pub-0190?lang=ru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Pub-0190 · В. Житомирский · 1993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https://rudolfart.com/publications/Pub-0190?lang=ru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9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9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https://rudolfart.com/publications/Pub-0190?lang=ru</dc:subject>
  <dc:creator>python-docx</dc:creator>
  <cp:keywords>Rudolf Khachatryan; rudolfart.com</cp:keywords>
  <dc:description>Source: https://rudolfart.com/publications/Pub-0190?lang=ru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