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Левон Абрамян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Многомерные объекты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Кавказский дом · 1998, 34-5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Народный художник Армении Рудольф Хачатрян родился в Ереване в 1937 г. В семье, где никто никогда не рисовал, появился мальчик, который, казалось, рисовать начал с рождения. Любовь к этому занятию заполняет всё его время и перерастает в подлинную страсть. Уже в 18 лет его графические работы выставляются на республиканских выставках, и к нему приходит известность. Когда Рудольфу было всего 14 лет, судьба свела его с замечательным армянским живописцем и скульптором Ервандом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который до конца жизни оставался наставником и духовным отцом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раннем творчестве Хачатрян сознательно следует традициям рисунка эпохи Высокого Возрождения, уделяя пристальное внимание изображению человека вообще, почти обожествляя его. Художник создаёт образы современников, людей, как правило, большой культуры, высокого интеллекта и незаурядных способностей. Посвятив своё творчество в тот период жизни почти всецело изображению человека, Хачатрян создаёт галерею портретов учёных, писателей, художников, артистов — людей напряжённой духовной жизни, высокого интеллекта. Почти каждый персонаж, выбранный художником, — это его любимый герой — будь то друг или хороший знакомый, актёр или учёный.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Простой, казалось бы, рисунок карандашом намеренно усложняется художником, подчас выливаясь в драматический рассказ о человеке. Хачатрян стремится раскрыть неповторимую индивидуальность каждого, кто изображён на полотне. Его жизнь неотделима от жизни его персонажей. Вместе с ними он размышляет о времени, о смысле жизни, об основополагающих духовных ценностях. Человек для Хачатряна — неоспоримый центр Вселенной.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Когда-то учитель Рудольфа Хачатряна, Ерванд Кочар, показывая юному ученику свою «живопись в пространстве», сказал: «Ты ещё придёшь к этому, но своим путём». Эти слова оказались пророческими. Повинуясь внутренней логике своего творчества и жизненной силе, Хачатрян пришёл к «многомерным объектам».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свою художественную жизнь он менялся не раз. И если сопоставить разные периоды его творчества, может показаться, что они вступают друг с другом в спор. Действительно, разница между ранним Хачатряном и сегодняшним велика. Трудно представить, что тонкий стилист, создающий портреты в стиле Ренессанса, и энергичный изобретатель новых форм — всё это один художник, Рудольф 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...Пусть тот, кто ищет, не перестаёт искать до тех пор, пока не найдёт, и, когда он найдёт, он будет потрясён, и, если потрясён, он будет удивлён... Евангелие от Фомы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Чтобы понять необычные скульптуры Рудольфа Хачатряна, или «многомерные объекты», как он их называет, следует обратиться к тому двуединому образу, которому эти объекты обязаны своим происхождением.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свою очередь, будущий двуединый образ берёт начало в образе материнства. Это и понятно: ведь именно мать естественно и извечно готова к удвоению, это она носит в себе второго, другого человечка, который, выйдя из глубин её тела, долго, порой всю жизнь, остаётся связанным с ней. Рудольф Хачатрян рисует мать с младенцем, эту вечную тему в искусстве, и младенец постепенно становится частью тела матери. На первый взгляд кажется, что мать просто прижала ребёнка к груди, но постепенно осознаёшь, что он составляет половину тела матери, личико младенца входит в структуру её лица, а его маленькая нога замещает одну из ног матери. Причём художник расположил её так, что никакого несоответствия не ощущается. Но если слияние матери и дитяти естественно и понятно, то Рудольф Хачатрян идёт дальше: мы видим, что ребёнок таится в любом человеке.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 же даёт Рудольфу Хачатряну созданный образ? Прежде всего, с его помощью художник передаёт одновременно два состояния одного человека. Эту задачу он пытался решить ещё в шестидесятые годы, когда создавал «открытые формы в пространстве» вслед за своим учителем Ервандом Кочаром. Тогда он изобразил лежащую фигуру с двумя головами, одна из которых спит, а другая — бодрствует.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Двуединые персонажи рождаются в результате изобретательных живописных «операций»: линия носа естественно делит лицо на большую и малую части, «взрослая» половина тела органично взаимодействует с «детской» половиной.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Вместе с тем двуединый герой Рудольфа Хачатряна трансформируется и сам по себе. Со временем «ребёнок» начинает смотреть на нас анфас с отрешённой улыбкой, а «мать» поворачивает голову в сторону, и её профильный нос, заострившись, вытягивается в виде клюва. От «матери» новому канону досталась и большая нога, которая прочно ставит всю фигуру на землю.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этом эволюция двуединого образа, однако, не завершается. Художник продолжает искать «формулу человека», как он называет этот образ. Он начинает создавать странные композиции, составленные только из рук и ног. Затем, вернувшись вновь к «формуле человека», он наделяет её дополнительными ногами, выстраивая фигуру, напоминающую свастику. Фигура, выстроившаяся в свастику, обретает центр и приходит в движение. Её ноги идут по вечному кругу. Так, двуединая «формула человека», оторвавшись от земли, приобрела движение — вечное вращение.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всё это пока происходит на плоскости холста или бумаги — в двухмерном пространстве. Выявленная Рудольфом Хачатряном «формула человека» тем временем продолжает развиваться дальше, переходя в трёхмерный мир скульптуры.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совершает внешне несложную операцию. Он берёт две вырезанные по контуру модели «формулы» (той, что устойчиво стоит на земле), переворачивает одну из них головой вниз и вставляет в другую, так что образуются две взаимно перпендикулярные плоскости. Получилась причудливая скульптура с некоей потаённой симметричностью. Причём главная жизненная потенция этой скульптуры в том, что составляющие её элементы получают фактически неограниченную возможность переходить одна в другую. Отсюда и название «многомерные объекты», которым Рудольф Хачатрян окрестил свои создания. Бесконечные взаимопереходы составляющих «формул» становятся ещё более неуловимыми, когда Рудольф Хачатрян скрестил две свастикоподобные фигуры, каждая из которых уже «вращалась» в своей плоскости.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Благодаря своей внутренней «канонической» двуединости и исконной зеркальности фигуры Рудольфа Хачатряна обречены на бесконечные взаимопереходы. Я был свидетелем того, как элементы его скрещённых сложных фигур неожиданно, сами по себе, «без ведома» художника и к его удивлению, переходили одна в другую.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«задействовал» в своих многомерных объектах ещё один удивительный эффект. Речь идёт о тени. Каждая плоскость естественным образом бросает на скрещённую с ней плоскость тень, образованную внешними контурами и внутренними отверстиями. Художник ловит этих непостоянных гостей двухмерного мира, фиксируя их краской на той поверхности, где они появились. В результате все поверхности покрылись узорами застывшей тени. Так, многомерные объекты получили ещё одно дополнительное подтверждение своему названию — благодаря двухмерной тени, которая, в свою очередь, появилась здесь благодаря четвёртому измерению — времени.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наконец, следует сказать об одной существенной детали. Многомерные объекты Рудольфа Хачатряна могут вращаться вокруг любой оси: конструктивные особенности составляющих их первоэлементов предполагают взаимопереходы на самых разных уровнях. В этом смысле «многомерные объекты» по своей сути близки к шару, хотя визуально в них доминирует крестовидный остов. Видимо, именно к идеальной форме шара и стремилась в своём саморазвитии «формула человека» Рудольфа Хачатряна. Поэтому не случайно в композицию одного из таких «шаровидных» «многомерных объектов» входит и геометрический шар.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Здесь приходит на ум шаровидный образ перволюдей из древнего мифа, воспроизведённого в диалоге Платона «Пир». Согласно этому мифу, предки людей имели по два лица, четыре руки и четыре ноги. Они были трёх родов — мужчины, женщины и андрогины. (Двуединый образ Рудольфа тоже не лишён, как мы видели, андрогинных черт.) Этому шаровидному блаженному состоянию пришёл конец, когда Зевс наказал перволюдей за их гордость, разрубив каждого вдоль. И с тех пор люди ищут свою утерянную половинку. Можно вспомнить также в связи с утраченным андрогинизмом слова из гностического Евангелия от Филиппа о том, что если Ева снова войдёт в Адама и он её примет, то смерти больше не будет.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Уместно напомнить, что уже двухмерная свастикоподобная «вращающаяся» «формула» Рудольфа Хачатряна напоминает знак вечности, известный во многих традициях. Однако к его «многомерным объектам» ещё более применимы слова из другого гностического Евангелия — от Фомы: «Когда вы сделаете двоих одним, и когда вы сделаете внутреннюю сторону как внешнюю сторону и верхнюю сторону как нижнюю сторону, ...когда вы сделаете глаз вместо глаза, и руку вместо руки, и ногу вместо ноги, и образ вместо образа, — тогда вы войдёте в царствие». Рудольф Хачатрян любил приводить эти слова задолго до того, как его двуединый образ, родившись от обычной матери и развившись по своим особым законам, воплотил эту идею в его «многомерных объектах».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Левон Абрамян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здесь напечатан краткий вариант статьи Левона Абрамяна «Многомерные объекты Рудольфа Хачатряна»; полный текст хранится в архиве (RKh-Txt-0013).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Pub-0222 · Левон Абрамян · 1998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Pub-0222 · Левон Абрамян · 1998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https://rudolfart.com/publications/Pub-0222?lang=ru</dc:subject>
  <dc:creator>python-docx</dc:creator>
  <cp:keywords>Rudolf Khachatryan; rudolfart.com</cp:keywords>
  <dc:description>Source: https://rudolfart.com/publications/Pub-0222?lang=ru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