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Заповедный мир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ИнтерВиза · 2002, №4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Состоявшаяся нынешней весной в Москве персональная выставка произведений народного художника Армении Рудольфа Хачатряна, включающая более 300 произведений и предельно полно отражающая основные этапы творческого развития, приурочена к 65-летию со дня его рождения. Это уникальное событие нашей культурной жизни. Неповторимость экспозиции определяется самобытностью работ и творческой натуры мастера, идущего с первых шагов в искусстве своим, не зависящим от «злобы дня» путём, мастера, сумевшего в хаосе нынешнего арт-рынка сохранить верность своему оригинальному дарованию.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Удивляет уже начало биографии Хачатряна. Он родился в 1937 году в Ереване, там же в 1951 году поступил в художественную школу, откуда был через несколько месяцев исключён за несогласие с установками учебной программы. Хачатрян сошёл с традиционной стези официальной, поддерживаемой и направляемой государством карьеры и по счастливому стечению обстоятельств познакомился в следующем году с выдающимся художником 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Общение с Кочаром и его дружеским окружением, представляющим цвет армянской интеллигенции, стало для юноши духовной и профессиональной Академией, Академией универсального просвещения и всестороннего образования. Ей он во многом обязан безупречным эстетическим вкусом, высоким артистизмом, духом несуетного служения музам и верностью гуманистическим идеалам Большого искусства, неподвластного любой идеологической или коммерческой конъюнктуре и преходящей моде.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Практическим итогом этого общения стало кратковременное увлечение кубизмом, сюрреализмом и другими направлениями западной живописи ХХ века. Однако, не желая быть приписанным к какой-либо художественной группировке, он возвращается на одному лишь ему предназначенную дорогу в искусстве и целиком посвящает себя рисунку, стремясь обрести и выразить в нём свои ни на кого не похожие стиль, манеру, а позднее и технику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1970—80 годы создаётся серия самых известных рисунков Хачатряна, составивших ему всесоюзное, а вскоре и международное имя и славу. Это в основном портреты («Женский портрет», 1977; «Женщина в чалме», 1978; «Портрет Аркадия Райкина», 1986, и др.), автопортреты, натюрморты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зеркалом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1983;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Цветы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1988), пейзажи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Домик в лесу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Весна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1987) и библейские сюжеты («Юдифь», 1976;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Давид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1978).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Вызываемые ими ассоциации с творениями мастеров итальянского и северного Возрождения отражают стремление возвратить станковому рисунку статус самоценного произведения, способного украсить любое музейное и частное собрание.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Простым любителям, коллекционерам и даже профессиональным искусствоведам, полюбившим эти произведения, было трудно смириться с переходом мастера в конце восьмидесятых годов к новым циклам («Двойное состояние», «Двуединство» и др.). В большинстве этих работ прослеживается главная тенденция, приведшая Хачатряна к многомерным объектам, определяющим ныне основную цель его замыслов. «Герои» многомерных объектов, обозначенных, как правило, порядковыми номерами, далеки от восходящих к античности идеалов прекрасного душой и телом человека. Эти многорукие, многоногие существа, как бы сбежавшие с какого-то неведомого фантастического языческого капища, могут по-разному собираться, разбираться и вращаться в пространстве перед зрителем в различных, чётко не зафиксированных ракурсах.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Процесс их созидания схож с индивидуальным мифотворчеством и актом сотворения особого мира, обладающего правом на независимую от создателя жизнь. Этот заповедный мир не рассчитан на ленивого и нелюбопытного зрителя, недоступен ему и открыт только для людей думающих, сопереживающих, обладающих даром воображения.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тот же текст Григора Григоряна напечатан в газете «Ноев ковчег» (Москва) в мае 2002 года — Pub-0226 — и в информационном бюллетене Российской академии художеств, 2002, № 7 — Pub-0228. Здесь он дан короче всего.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Pub-0225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Pub-0225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https://rudolfart.com/publications/Pub-0225?lang=ru</dc:subject>
  <dc:creator>python-docx</dc:creator>
  <cp:keywords>Rudolf Khachatryan; rudolfart.com</cp:keywords>
  <dc:description>Source: https://rudolfart.com/publications/Pub-0225?lang=ru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