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Метаморфозы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Декоративное искусство СССР · 2004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Исключительная изобретательность присуща рисункам Рудольфа Хачатряна, в которых возникают фантастические скопления форм, проникающих друг в друга. Бесконечные метаморфозы странных образований и непонятных существ. В его рисунках прослеживается отчётливая ориентация на архаические образцы — армянские и древнеславянские, угадывается связь с модернистскими традициями. На выставке «Рудольф Хачатрян. Рисунок» в галерее «Новый Эрмитаж» показаны также и его специфические, выразительные рельефы, сделанные из нескольких слоёв картона, наложенных друг на друга, создающих сложную игру теней, объёмов. В рисунках — иные задачи. Одни представляют лёгкую и прозрачную вязь. В других — странные создания спорят, борются друг с другом или образуют причудливую ажурную композицию. Некоторые рисунки называются «диалоги». В них прослеживается зарождение форм, разные «состояния» существ: гнев, скорбь. Запоминаются утончённые коллажи, выполненные из наложенных друг на друга обрезков от рельефов, представляющих новый выход в пространство.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Pub-0233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https://rudolfart.com/publications/Pub-0233?lang=ru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Pub-0233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https://rudolfart.com/publications/Pub-0233?lang=ru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3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3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https://rudolfart.com/publications/Pub-0233?lang=ru</dc:subject>
  <dc:creator>python-docx</dc:creator>
  <cp:keywords>Rudolf Khachatryan; rudolfart.com</cp:keywords>
  <dc:description>Source: https://rudolfart.com/publications/Pub-0233?lang=ru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