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Пригласительный билет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15-21.03.1990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Рудольфа Хачатряна — значительное явление советского многонационального искусства. Традиционное и современное слиты в его искусстве крайне своеобразно и очень убедительно. Любовь к рисунку Возрождения, к армянской фреске и архитектуре, к резьбе по камню он соединил с интересом к сегодняшней документальной точности и к современным принципам рисунка.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свою творческую жизнь Хачатрян не раз менял манеру, но в его искусстве нет ни неожиданных сломов, ни крутых поворотов, потому что каждый новый этап всегда был предопределён предыдущим. Решающую роль всегда играла конечная цель искусства. Техника и форма сами по себе его никогда не занимали, они для него лишь средство выразить определённую мысль. Однако Хачатряна интересует не только само содержание замысла или изображаемый предмет — натюрморт или портрет (последний он особенно любит), — но и его связи с многообразными явлениями мира, в котором мы живём. Именно это придаёт его лучшим работам подлинный философский смысл.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Мастерство Хачатряна-рисовальщика хорошо известно. В этой связи следует сказать, что он умеет делать свои портреты поразительно индивидуальными и выразительными, пользуясь карандашом или сепией — простейшими классическими средствами. Большой интерес представляет открытая Хачатряном новая графическая техника — техника рисунка по левкасному грунту.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можно определить как «станковые» фрески, однако он строит их по композиционным принципам и с таким отношением к изображаемому, которые сильно отличаются от принципов, свойственных фреске. Техника рисунка по левкасному грунту позволила Хачатряну соединить строгую выразительность и лаконизм классического рисунка с большими возможностями живописи. Его рисунки по левкасному грунту можно было бы назвать «монохромной живописью», но только в переносном смысле, потому что природа их совершенно иная.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Портреты Хачатряна, исполненные по левкасному грунту, обладают праздничностью. Он создаёт образы наших современников — как правило, людей культуры, большой интеллектуальной силы и незаурядных способностей. Физические свойства левкасного грунта позволяют ему исполнять исключительно тонкий, «филигранный» рисунок и наполнять содержанием каждый квадратный дюйм фактуры. Но, разумеется, Хачатрян видит в этой технической тонкости не самоцель, а необходимую часть ремесла художника, которая даёт жизнь произведению, полному целой гаммы сложных человеческих чувств. Рисунки Хачатряна никогда не раскрываются зрителю сразу, их смысл доходит постепенно, лишь после сосредоточенного и внимательного рассматривания.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сам знаю Хачатряна как художника, который близко знает людей. Он любит их и глубоко верит в их будущее.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Таир Салахов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Pub-0275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https://rudolfart.com/publications/Pub-0275?lang=ru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Pub-0275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https://rudolfart.com/publications/Pub-0275?lang=ru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7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7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https://rudolfart.com/publications/Pub-0275?lang=ru</dc:subject>
  <dc:creator>python-docx</dc:creator>
  <cp:keywords>Rudolf Khachatryan; rudolfart.com</cp:keywords>
  <dc:description>Source: https://rudolfart.com/publications/Pub-0275?lang=ru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